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5609D" w14:textId="77777777" w:rsidR="005D534D" w:rsidRPr="000D031D" w:rsidRDefault="0044372A">
      <w:pPr>
        <w:spacing w:after="180"/>
        <w:jc w:val="center"/>
        <w:rPr>
          <w:rFonts w:ascii="BIZ UDゴシック" w:eastAsia="BIZ UDゴシック" w:hAnsi="BIZ UDゴシック"/>
          <w:lang w:eastAsia="ja-JP"/>
        </w:rPr>
      </w:pPr>
      <w:r w:rsidRPr="000D031D">
        <w:rPr>
          <w:rFonts w:ascii="BIZ UDゴシック" w:eastAsia="BIZ UDゴシック" w:hAnsi="BIZ UDゴシック"/>
          <w:b/>
          <w:sz w:val="28"/>
          <w:lang w:eastAsia="ja-JP"/>
        </w:rPr>
        <w:t>半田市デジタル技術実証サポート事業補助金交付要綱</w:t>
      </w:r>
    </w:p>
    <w:p w14:paraId="54081EEE"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（趣旨）</w:t>
      </w:r>
    </w:p>
    <w:p w14:paraId="56977DA1" w14:textId="7E300DC8"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 xml:space="preserve">条　</w:t>
      </w:r>
      <w:r w:rsidR="0034534F" w:rsidRPr="000D031D">
        <w:rPr>
          <w:rFonts w:ascii="BIZ UDゴシック" w:eastAsia="BIZ UDゴシック" w:hAnsi="BIZ UDゴシック" w:hint="eastAsia"/>
          <w:lang w:eastAsia="ja-JP"/>
        </w:rPr>
        <w:t>この要綱は、本市の</w:t>
      </w:r>
      <w:r w:rsidR="00FD2840" w:rsidRPr="000D031D">
        <w:rPr>
          <w:rFonts w:ascii="BIZ UDゴシック" w:eastAsia="BIZ UDゴシック" w:hAnsi="BIZ UDゴシック"/>
          <w:lang w:eastAsia="ja-JP"/>
        </w:rPr>
        <w:t>地域課題の解決、</w:t>
      </w:r>
      <w:r w:rsidR="00FD2840" w:rsidRPr="000D031D">
        <w:rPr>
          <w:rFonts w:ascii="BIZ UDゴシック" w:eastAsia="BIZ UDゴシック" w:hAnsi="BIZ UDゴシック" w:hint="eastAsia"/>
          <w:lang w:eastAsia="ja-JP"/>
        </w:rPr>
        <w:t>市内事業者の</w:t>
      </w:r>
      <w:r w:rsidR="00FD2840" w:rsidRPr="000D031D">
        <w:rPr>
          <w:rFonts w:ascii="BIZ UDゴシック" w:eastAsia="BIZ UDゴシック" w:hAnsi="BIZ UDゴシック"/>
          <w:lang w:eastAsia="ja-JP"/>
        </w:rPr>
        <w:t>生産性向上、地域の魅力の向上又は新たな価値の創造</w:t>
      </w:r>
      <w:r w:rsidR="0034534F" w:rsidRPr="000D031D">
        <w:rPr>
          <w:rFonts w:ascii="BIZ UDゴシック" w:eastAsia="BIZ UDゴシック" w:hAnsi="BIZ UDゴシック" w:hint="eastAsia"/>
          <w:lang w:eastAsia="ja-JP"/>
        </w:rPr>
        <w:t>を図るため、事業者、教育・研究機関その他の団体が有するデジタル技術及び知見を活用し、本市を実証フィールドとして行う実証事業を支援する半田市デジタル技術実証サポート事業補助金（以下「補助金」という。）の交付に関し、必要な事項を定めるものとする。</w:t>
      </w:r>
    </w:p>
    <w:p w14:paraId="0CBB7C48"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（定義）</w:t>
      </w:r>
    </w:p>
    <w:p w14:paraId="315FFF5A" w14:textId="3B60A695" w:rsidR="0034534F"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 xml:space="preserve">条　</w:t>
      </w:r>
      <w:r w:rsidR="0034534F" w:rsidRPr="000D031D">
        <w:rPr>
          <w:rFonts w:ascii="BIZ UDゴシック" w:eastAsia="BIZ UDゴシック" w:hAnsi="BIZ UDゴシック" w:hint="eastAsia"/>
          <w:lang w:eastAsia="ja-JP"/>
        </w:rPr>
        <w:t>この要綱において「実証事業」とは、</w:t>
      </w:r>
      <w:r w:rsidR="00FD2840" w:rsidRPr="000D031D">
        <w:rPr>
          <w:rFonts w:ascii="BIZ UDゴシック" w:eastAsia="BIZ UDゴシック" w:hAnsi="BIZ UDゴシック"/>
          <w:lang w:eastAsia="ja-JP"/>
        </w:rPr>
        <w:t>地域課題の解決、</w:t>
      </w:r>
      <w:r w:rsidR="00FD2840" w:rsidRPr="000D031D">
        <w:rPr>
          <w:rFonts w:ascii="BIZ UDゴシック" w:eastAsia="BIZ UDゴシック" w:hAnsi="BIZ UDゴシック" w:hint="eastAsia"/>
          <w:lang w:eastAsia="ja-JP"/>
        </w:rPr>
        <w:t>市内事業者の</w:t>
      </w:r>
      <w:r w:rsidR="00FD2840" w:rsidRPr="000D031D">
        <w:rPr>
          <w:rFonts w:ascii="BIZ UDゴシック" w:eastAsia="BIZ UDゴシック" w:hAnsi="BIZ UDゴシック"/>
          <w:lang w:eastAsia="ja-JP"/>
        </w:rPr>
        <w:t>生産性向上、地域の魅力の向上又は新たな価値の創造</w:t>
      </w:r>
      <w:r w:rsidR="0034534F" w:rsidRPr="000D031D">
        <w:rPr>
          <w:rFonts w:ascii="BIZ UDゴシック" w:eastAsia="BIZ UDゴシック" w:hAnsi="BIZ UDゴシック"/>
          <w:lang w:eastAsia="ja-JP"/>
        </w:rPr>
        <w:t>を目的として、AI、IoTその他これらに類する</w:t>
      </w:r>
      <w:r w:rsidR="00040B98" w:rsidRPr="000D031D">
        <w:rPr>
          <w:rFonts w:ascii="BIZ UDゴシック" w:eastAsia="BIZ UDゴシック" w:hAnsi="BIZ UDゴシック" w:hint="eastAsia"/>
          <w:lang w:eastAsia="ja-JP"/>
        </w:rPr>
        <w:t>デジタル</w:t>
      </w:r>
      <w:r w:rsidR="0034534F" w:rsidRPr="000D031D">
        <w:rPr>
          <w:rFonts w:ascii="BIZ UDゴシック" w:eastAsia="BIZ UDゴシック" w:hAnsi="BIZ UDゴシック"/>
          <w:lang w:eastAsia="ja-JP"/>
        </w:rPr>
        <w:t>技術</w:t>
      </w:r>
      <w:r w:rsidR="006357F6">
        <w:rPr>
          <w:rFonts w:ascii="BIZ UDゴシック" w:eastAsia="BIZ UDゴシック" w:hAnsi="BIZ UDゴシック" w:hint="eastAsia"/>
          <w:lang w:eastAsia="ja-JP"/>
        </w:rPr>
        <w:t>（以下「デジタル技術等」という。）</w:t>
      </w:r>
      <w:r w:rsidR="0034534F" w:rsidRPr="000D031D">
        <w:rPr>
          <w:rFonts w:ascii="BIZ UDゴシック" w:eastAsia="BIZ UDゴシック" w:hAnsi="BIZ UDゴシック"/>
          <w:lang w:eastAsia="ja-JP"/>
        </w:rPr>
        <w:t>を期間限定で導入し、あらかじめ設定した仮説及び効果測定に基づき、その有効性、課題、費用対効果及び横展開可能性を検証する取組をいう。</w:t>
      </w:r>
    </w:p>
    <w:p w14:paraId="05E38051" w14:textId="0B985B2E" w:rsidR="008700C4" w:rsidRPr="000D031D" w:rsidRDefault="008700C4" w:rsidP="000D031D">
      <w:pPr>
        <w:ind w:left="283" w:hangingChars="118" w:hanging="283"/>
        <w:rPr>
          <w:rFonts w:ascii="BIZ UDゴシック" w:eastAsia="BIZ UDゴシック" w:hAnsi="BIZ UDゴシック"/>
          <w:lang w:eastAsia="ja-JP"/>
        </w:rPr>
      </w:pPr>
      <w:r w:rsidRPr="008700C4">
        <w:rPr>
          <w:rFonts w:ascii="BIZ UDゴシック" w:eastAsia="BIZ UDゴシック" w:hAnsi="BIZ UDゴシック"/>
          <w:lang w:eastAsia="ja-JP"/>
        </w:rPr>
        <w:t>2　この要綱において「市税等」とは、本市が賦課する市税並びに本市が徴収する介護保険料及び後期高齢者医療保険料をいう。</w:t>
      </w:r>
    </w:p>
    <w:p w14:paraId="47E5A19D"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（補助対象事業）</w:t>
      </w:r>
    </w:p>
    <w:p w14:paraId="4F75EEF5" w14:textId="777897B4"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条　補助金の交付の対象となる実証事業（以下「補助事業」という。）は、次の各号のいずれにも該当するものとする。</w:t>
      </w:r>
    </w:p>
    <w:p w14:paraId="7A5D0E8F" w14:textId="6860C3A8"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）デジタル技術等を活用し、本市の地域課題の解決</w:t>
      </w:r>
      <w:r w:rsidR="0034534F" w:rsidRPr="000D031D">
        <w:rPr>
          <w:rFonts w:ascii="BIZ UDゴシック" w:eastAsia="BIZ UDゴシック" w:hAnsi="BIZ UDゴシック" w:hint="eastAsia"/>
          <w:lang w:eastAsia="ja-JP"/>
        </w:rPr>
        <w:t>、</w:t>
      </w:r>
      <w:r w:rsidR="00FD2840" w:rsidRPr="000D031D">
        <w:rPr>
          <w:rFonts w:ascii="BIZ UDゴシック" w:eastAsia="BIZ UDゴシック" w:hAnsi="BIZ UDゴシック" w:hint="eastAsia"/>
          <w:lang w:eastAsia="ja-JP"/>
        </w:rPr>
        <w:t>市内事業者の</w:t>
      </w:r>
      <w:r w:rsidR="00A840F8" w:rsidRPr="000D031D">
        <w:rPr>
          <w:rFonts w:ascii="BIZ UDゴシック" w:eastAsia="BIZ UDゴシック" w:hAnsi="BIZ UDゴシック" w:hint="eastAsia"/>
          <w:lang w:eastAsia="ja-JP"/>
        </w:rPr>
        <w:t>生産性向上、</w:t>
      </w:r>
      <w:r w:rsidRPr="000D031D">
        <w:rPr>
          <w:rFonts w:ascii="BIZ UDゴシック" w:eastAsia="BIZ UDゴシック" w:hAnsi="BIZ UDゴシック"/>
          <w:lang w:eastAsia="ja-JP"/>
        </w:rPr>
        <w:t>地域の魅力</w:t>
      </w:r>
      <w:r w:rsidR="0034534F" w:rsidRPr="000D031D">
        <w:rPr>
          <w:rFonts w:ascii="BIZ UDゴシック" w:eastAsia="BIZ UDゴシック" w:hAnsi="BIZ UDゴシック" w:hint="eastAsia"/>
          <w:lang w:eastAsia="ja-JP"/>
        </w:rPr>
        <w:t>の向上</w:t>
      </w:r>
      <w:r w:rsidR="00A840F8" w:rsidRPr="000D031D">
        <w:rPr>
          <w:rFonts w:ascii="BIZ UDゴシック" w:eastAsia="BIZ UDゴシック" w:hAnsi="BIZ UDゴシック" w:hint="eastAsia"/>
          <w:lang w:eastAsia="ja-JP"/>
        </w:rPr>
        <w:t>又は</w:t>
      </w:r>
      <w:r w:rsidR="00040B98" w:rsidRPr="000D031D">
        <w:rPr>
          <w:rFonts w:ascii="BIZ UDゴシック" w:eastAsia="BIZ UDゴシック" w:hAnsi="BIZ UDゴシック" w:hint="eastAsia"/>
          <w:lang w:eastAsia="ja-JP"/>
        </w:rPr>
        <w:t>新たな</w:t>
      </w:r>
      <w:r w:rsidRPr="000D031D">
        <w:rPr>
          <w:rFonts w:ascii="BIZ UDゴシック" w:eastAsia="BIZ UDゴシック" w:hAnsi="BIZ UDゴシック"/>
          <w:lang w:eastAsia="ja-JP"/>
        </w:rPr>
        <w:t>価値の</w:t>
      </w:r>
      <w:r w:rsidR="0034534F" w:rsidRPr="000D031D">
        <w:rPr>
          <w:rFonts w:ascii="BIZ UDゴシック" w:eastAsia="BIZ UDゴシック" w:hAnsi="BIZ UDゴシック" w:hint="eastAsia"/>
          <w:lang w:eastAsia="ja-JP"/>
        </w:rPr>
        <w:t>創造</w:t>
      </w:r>
      <w:r w:rsidRPr="000D031D">
        <w:rPr>
          <w:rFonts w:ascii="BIZ UDゴシック" w:eastAsia="BIZ UDゴシック" w:hAnsi="BIZ UDゴシック"/>
          <w:lang w:eastAsia="ja-JP"/>
        </w:rPr>
        <w:t>に資する事業であること。</w:t>
      </w:r>
    </w:p>
    <w:p w14:paraId="5F0470D2" w14:textId="633EFA31"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）本市を実証フィールドとして実施する事業であること。</w:t>
      </w:r>
    </w:p>
    <w:p w14:paraId="4868FF48" w14:textId="021114CD"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）実証の目的、内容、実施方法、実施体制、実施期間、検証項目及び効果測定の方法</w:t>
      </w:r>
      <w:r w:rsidR="0034534F" w:rsidRPr="000D031D">
        <w:rPr>
          <w:rFonts w:ascii="BIZ UDゴシック" w:eastAsia="BIZ UDゴシック" w:hAnsi="BIZ UDゴシック" w:hint="eastAsia"/>
          <w:lang w:eastAsia="ja-JP"/>
        </w:rPr>
        <w:t>等</w:t>
      </w:r>
      <w:r w:rsidRPr="000D031D">
        <w:rPr>
          <w:rFonts w:ascii="BIZ UDゴシック" w:eastAsia="BIZ UDゴシック" w:hAnsi="BIZ UDゴシック"/>
          <w:lang w:eastAsia="ja-JP"/>
        </w:rPr>
        <w:t>が具体的に定められていること。</w:t>
      </w:r>
    </w:p>
    <w:p w14:paraId="7F164292" w14:textId="6457BEA2"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）実証結果を踏まえ、本市における社会実装若しくは事業化又は他地域への展開が見込まれる事業であること。</w:t>
      </w:r>
    </w:p>
    <w:p w14:paraId="1404DDF1" w14:textId="1539359B"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5</w:t>
      </w:r>
      <w:r w:rsidRPr="000D031D">
        <w:rPr>
          <w:rFonts w:ascii="BIZ UDゴシック" w:eastAsia="BIZ UDゴシック" w:hAnsi="BIZ UDゴシック"/>
          <w:lang w:eastAsia="ja-JP"/>
        </w:rPr>
        <w:t>）</w:t>
      </w:r>
      <w:r w:rsidR="00FD2840" w:rsidRPr="000D031D">
        <w:rPr>
          <w:rFonts w:ascii="BIZ UDゴシック" w:eastAsia="BIZ UDゴシック" w:hAnsi="BIZ UDゴシック"/>
          <w:lang w:eastAsia="ja-JP"/>
        </w:rPr>
        <w:t>企業秘密、個人情報その他公表することが適当でない情報を除き、実証により得られた成果及び課題を整理</w:t>
      </w:r>
      <w:r w:rsidR="00FD2840" w:rsidRPr="000D031D">
        <w:rPr>
          <w:rFonts w:ascii="BIZ UDゴシック" w:eastAsia="BIZ UDゴシック" w:hAnsi="BIZ UDゴシック" w:hint="eastAsia"/>
          <w:lang w:eastAsia="ja-JP"/>
        </w:rPr>
        <w:t>し</w:t>
      </w:r>
      <w:r w:rsidRPr="000D031D">
        <w:rPr>
          <w:rFonts w:ascii="BIZ UDゴシック" w:eastAsia="BIZ UDゴシック" w:hAnsi="BIZ UDゴシック"/>
          <w:lang w:eastAsia="ja-JP"/>
        </w:rPr>
        <w:t>、市が行う成果の公表その他の普及啓発に協力できる事業であること。</w:t>
      </w:r>
    </w:p>
    <w:p w14:paraId="19C3269E"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（補助対象者）</w:t>
      </w:r>
    </w:p>
    <w:p w14:paraId="6EAD3A7C" w14:textId="4ECA433D"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条　補助金の交付の対象となる者（以下「補助対象者」という。）は、次の各号のいずれかに該当するものとする。</w:t>
      </w:r>
    </w:p>
    <w:p w14:paraId="06A9A501" w14:textId="40826363"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w:t>
      </w:r>
      <w:r w:rsidR="00DE486E" w:rsidRPr="000D031D">
        <w:rPr>
          <w:rFonts w:ascii="BIZ UDゴシック" w:eastAsia="BIZ UDゴシック" w:hAnsi="BIZ UDゴシック" w:hint="eastAsia"/>
          <w:lang w:eastAsia="ja-JP"/>
        </w:rPr>
        <w:t>市内に本店、事務所又は事業所を有する</w:t>
      </w:r>
      <w:r w:rsidRPr="000D031D">
        <w:rPr>
          <w:rFonts w:ascii="BIZ UDゴシック" w:eastAsia="BIZ UDゴシック" w:hAnsi="BIZ UDゴシック"/>
          <w:lang w:eastAsia="ja-JP"/>
        </w:rPr>
        <w:t>法人</w:t>
      </w:r>
      <w:r w:rsidR="00DE486E" w:rsidRPr="000D031D">
        <w:rPr>
          <w:rFonts w:ascii="BIZ UDゴシック" w:eastAsia="BIZ UDゴシック" w:hAnsi="BIZ UDゴシック" w:hint="eastAsia"/>
          <w:lang w:eastAsia="ja-JP"/>
        </w:rPr>
        <w:t>その他の団体</w:t>
      </w:r>
    </w:p>
    <w:p w14:paraId="352BD7E1" w14:textId="54B9B4E1"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w:t>
      </w:r>
      <w:r w:rsidR="00DE486E" w:rsidRPr="000D031D">
        <w:rPr>
          <w:rFonts w:ascii="BIZ UDゴシック" w:eastAsia="BIZ UDゴシック" w:hAnsi="BIZ UDゴシック" w:hint="eastAsia"/>
          <w:lang w:eastAsia="ja-JP"/>
        </w:rPr>
        <w:t>市内に所在する</w:t>
      </w:r>
      <w:r w:rsidRPr="000D031D">
        <w:rPr>
          <w:rFonts w:ascii="BIZ UDゴシック" w:eastAsia="BIZ UDゴシック" w:hAnsi="BIZ UDゴシック"/>
          <w:lang w:eastAsia="ja-JP"/>
        </w:rPr>
        <w:t>学校教育法（昭和22年法律第26号）第</w:t>
      </w:r>
      <w:r w:rsidR="001B1E02">
        <w:rPr>
          <w:rFonts w:ascii="BIZ UDゴシック" w:eastAsia="BIZ UDゴシック" w:hAnsi="BIZ UDゴシック" w:hint="eastAsia"/>
          <w:lang w:eastAsia="ja-JP"/>
        </w:rPr>
        <w:t>1</w:t>
      </w:r>
      <w:r w:rsidRPr="000D031D">
        <w:rPr>
          <w:rFonts w:ascii="BIZ UDゴシック" w:eastAsia="BIZ UDゴシック" w:hAnsi="BIZ UDゴシック"/>
          <w:lang w:eastAsia="ja-JP"/>
        </w:rPr>
        <w:t>条に規定する学校その他の教育</w:t>
      </w:r>
      <w:r w:rsidR="00DE486E" w:rsidRPr="000D031D">
        <w:rPr>
          <w:rFonts w:ascii="BIZ UDゴシック" w:eastAsia="BIZ UDゴシック" w:hAnsi="BIZ UDゴシック" w:hint="eastAsia"/>
          <w:lang w:eastAsia="ja-JP"/>
        </w:rPr>
        <w:t>及び</w:t>
      </w:r>
      <w:r w:rsidRPr="000D031D">
        <w:rPr>
          <w:rFonts w:ascii="BIZ UDゴシック" w:eastAsia="BIZ UDゴシック" w:hAnsi="BIZ UDゴシック"/>
          <w:lang w:eastAsia="ja-JP"/>
        </w:rPr>
        <w:t>研究機関</w:t>
      </w:r>
    </w:p>
    <w:p w14:paraId="7EDD8808" w14:textId="735D0B87" w:rsidR="00040B98"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w:t>
      </w:r>
      <w:r w:rsidR="00DD6BE3" w:rsidRPr="000D031D">
        <w:rPr>
          <w:rFonts w:ascii="BIZ UDゴシック" w:eastAsia="BIZ UDゴシック" w:hAnsi="BIZ UDゴシック" w:hint="eastAsia"/>
          <w:lang w:eastAsia="ja-JP"/>
        </w:rPr>
        <w:t>市内に事務所又は事業所を有し、市内で事業を営む適格請求書発行事業者の登録を受けた</w:t>
      </w:r>
      <w:r w:rsidR="003510BF" w:rsidRPr="000D031D">
        <w:rPr>
          <w:rFonts w:ascii="BIZ UDゴシック" w:eastAsia="BIZ UDゴシック" w:hAnsi="BIZ UDゴシック" w:hint="eastAsia"/>
          <w:lang w:eastAsia="ja-JP"/>
        </w:rPr>
        <w:t>個人事業者</w:t>
      </w:r>
    </w:p>
    <w:p w14:paraId="673C83A8" w14:textId="53903A8B"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）その他市長が適当と認める団体</w:t>
      </w:r>
    </w:p>
    <w:p w14:paraId="1793AD29" w14:textId="5F22D41D"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前項の規定にかかわらず、次の各号のいずれかに該当する者は、補助対象者としない。</w:t>
      </w:r>
    </w:p>
    <w:p w14:paraId="1766AB4E" w14:textId="1FF78A42"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lastRenderedPageBreak/>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w:t>
      </w:r>
      <w:r w:rsidR="008A402D" w:rsidRPr="008A402D">
        <w:rPr>
          <w:rFonts w:ascii="BIZ UDゴシック" w:eastAsia="BIZ UDゴシック" w:hAnsi="BIZ UDゴシック" w:hint="eastAsia"/>
          <w:lang w:eastAsia="ja-JP"/>
        </w:rPr>
        <w:t>国税、本市以外の地方公共団体が賦課する地方税又は</w:t>
      </w:r>
      <w:r w:rsidR="007258B2">
        <w:rPr>
          <w:rFonts w:ascii="BIZ UDゴシック" w:eastAsia="BIZ UDゴシック" w:hAnsi="BIZ UDゴシック" w:hint="eastAsia"/>
          <w:lang w:eastAsia="ja-JP"/>
        </w:rPr>
        <w:t>市</w:t>
      </w:r>
      <w:r w:rsidR="008A402D" w:rsidRPr="008A402D">
        <w:rPr>
          <w:rFonts w:ascii="BIZ UDゴシック" w:eastAsia="BIZ UDゴシック" w:hAnsi="BIZ UDゴシック" w:hint="eastAsia"/>
          <w:lang w:eastAsia="ja-JP"/>
        </w:rPr>
        <w:t>税等を滞納している者</w:t>
      </w:r>
    </w:p>
    <w:p w14:paraId="58C685A8" w14:textId="16E44189"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）半田市暴力団排除条例（平成23年半田市条例第19号）第2条第1号に規定する暴力団、同条第2号に規定する暴力団員又は当該暴力団若しくは当該暴力団員と密接な関係を有する者</w:t>
      </w:r>
    </w:p>
    <w:p w14:paraId="53027252" w14:textId="4DB2E2CF"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）政治活動又は宗教活動を主たる目的とする者</w:t>
      </w:r>
    </w:p>
    <w:p w14:paraId="1FE88A09" w14:textId="62B40852"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）その他市長が補助対象者として不適当と認める者</w:t>
      </w:r>
    </w:p>
    <w:p w14:paraId="3704315E"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（補助対象経費）</w:t>
      </w:r>
    </w:p>
    <w:p w14:paraId="36E6C288" w14:textId="2FB02BEC"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5</w:t>
      </w:r>
      <w:r w:rsidRPr="000D031D">
        <w:rPr>
          <w:rFonts w:ascii="BIZ UDゴシック" w:eastAsia="BIZ UDゴシック" w:hAnsi="BIZ UDゴシック"/>
          <w:lang w:eastAsia="ja-JP"/>
        </w:rPr>
        <w:t>条　補助金の交付の対象となる経費（以下「補助対象経費」という。）は、別表に掲げる経費とする。</w:t>
      </w:r>
    </w:p>
    <w:p w14:paraId="4DC1BE03" w14:textId="7CE14522"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同一の</w:t>
      </w:r>
      <w:r w:rsidR="00F42DEE">
        <w:rPr>
          <w:rFonts w:ascii="BIZ UDゴシック" w:eastAsia="BIZ UDゴシック" w:hAnsi="BIZ UDゴシック" w:hint="eastAsia"/>
          <w:lang w:eastAsia="ja-JP"/>
        </w:rPr>
        <w:t>支出</w:t>
      </w:r>
      <w:r w:rsidR="0044372A" w:rsidRPr="000D031D">
        <w:rPr>
          <w:rFonts w:ascii="BIZ UDゴシック" w:eastAsia="BIZ UDゴシック" w:hAnsi="BIZ UDゴシック"/>
          <w:lang w:eastAsia="ja-JP"/>
        </w:rPr>
        <w:t>について、国</w:t>
      </w:r>
      <w:r w:rsidR="00036936" w:rsidRPr="000D031D">
        <w:rPr>
          <w:rFonts w:ascii="BIZ UDゴシック" w:eastAsia="BIZ UDゴシック" w:hAnsi="BIZ UDゴシック" w:hint="eastAsia"/>
          <w:lang w:eastAsia="ja-JP"/>
        </w:rPr>
        <w:t>又は</w:t>
      </w:r>
      <w:r w:rsidR="0044372A" w:rsidRPr="000D031D">
        <w:rPr>
          <w:rFonts w:ascii="BIZ UDゴシック" w:eastAsia="BIZ UDゴシック" w:hAnsi="BIZ UDゴシック"/>
          <w:lang w:eastAsia="ja-JP"/>
        </w:rPr>
        <w:t>地方公共団体から補助金、助成金その他これらに類する交付金（以下「他の補助金等」という。）の交付決定を受けた場合は、</w:t>
      </w:r>
      <w:r w:rsidR="00F42DEE">
        <w:rPr>
          <w:rFonts w:ascii="BIZ UDゴシック" w:eastAsia="BIZ UDゴシック" w:hAnsi="BIZ UDゴシック" w:hint="eastAsia"/>
          <w:lang w:eastAsia="ja-JP"/>
        </w:rPr>
        <w:t>当該支出の額から、当該支出を算定の基礎として交付される他の補助金等の額を控除した額を補助対象経費とする。ただし、当該控除後の額が０円以下となる場合は、当該支出を補助対象経費としない。</w:t>
      </w:r>
    </w:p>
    <w:p w14:paraId="1CA3546E" w14:textId="0A902FC5"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3</w:t>
      </w:r>
      <w:r w:rsidR="0044372A" w:rsidRPr="000D031D">
        <w:rPr>
          <w:rFonts w:ascii="BIZ UDゴシック" w:eastAsia="BIZ UDゴシック" w:hAnsi="BIZ UDゴシック"/>
          <w:lang w:eastAsia="ja-JP"/>
        </w:rPr>
        <w:t xml:space="preserve">　補助対象者は、他の補助金等を申請し</w:t>
      </w:r>
      <w:r w:rsidR="00AD6EB6">
        <w:rPr>
          <w:rFonts w:ascii="BIZ UDゴシック" w:eastAsia="BIZ UDゴシック" w:hAnsi="BIZ UDゴシック" w:hint="eastAsia"/>
          <w:lang w:eastAsia="ja-JP"/>
        </w:rPr>
        <w:t>たときは</w:t>
      </w:r>
      <w:r w:rsidR="0044372A" w:rsidRPr="000D031D">
        <w:rPr>
          <w:rFonts w:ascii="BIZ UDゴシック" w:eastAsia="BIZ UDゴシック" w:hAnsi="BIZ UDゴシック"/>
          <w:lang w:eastAsia="ja-JP"/>
        </w:rPr>
        <w:t>、</w:t>
      </w:r>
      <w:r w:rsidR="00AD6EB6">
        <w:rPr>
          <w:rFonts w:ascii="BIZ UDゴシック" w:eastAsia="BIZ UDゴシック" w:hAnsi="BIZ UDゴシック" w:hint="eastAsia"/>
          <w:lang w:eastAsia="ja-JP"/>
        </w:rPr>
        <w:t>その旨を速やかに市長に報告しなければならない。当該申請について交付又は不交付の決定を受けたときも、同様とする。</w:t>
      </w:r>
    </w:p>
    <w:p w14:paraId="40EAC38C"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（補助金の額等）</w:t>
      </w:r>
    </w:p>
    <w:p w14:paraId="095CA58F" w14:textId="58853DA8"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6</w:t>
      </w:r>
      <w:r w:rsidRPr="000D031D">
        <w:rPr>
          <w:rFonts w:ascii="BIZ UDゴシック" w:eastAsia="BIZ UDゴシック" w:hAnsi="BIZ UDゴシック"/>
          <w:lang w:eastAsia="ja-JP"/>
        </w:rPr>
        <w:t>条　補助金の額は、予算の範囲内において、補助対象経費の2分の1以内の額とし、100万円を上限とする。</w:t>
      </w:r>
    </w:p>
    <w:p w14:paraId="42480E4E" w14:textId="0A9B2C81"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前項の規定により算出した補助金の額に1,000円未満の端数が生じたときは、これを切り捨てるものとする。</w:t>
      </w:r>
    </w:p>
    <w:p w14:paraId="61599861" w14:textId="7E06F580"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3</w:t>
      </w:r>
      <w:r w:rsidR="0044372A" w:rsidRPr="000D031D">
        <w:rPr>
          <w:rFonts w:ascii="BIZ UDゴシック" w:eastAsia="BIZ UDゴシック" w:hAnsi="BIZ UDゴシック"/>
          <w:lang w:eastAsia="ja-JP"/>
        </w:rPr>
        <w:t xml:space="preserve">　補助金の交付は、同一の補助対象者につき、同一年度に1回を限度とする。</w:t>
      </w:r>
    </w:p>
    <w:p w14:paraId="78BDFDA9" w14:textId="71A4727B" w:rsidR="001F41E0" w:rsidRPr="000D031D" w:rsidRDefault="001F41E0" w:rsidP="001F41E0">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w:t>
      </w:r>
      <w:r w:rsidRPr="000D031D">
        <w:rPr>
          <w:rFonts w:ascii="BIZ UDゴシック" w:eastAsia="BIZ UDゴシック" w:hAnsi="BIZ UDゴシック" w:hint="eastAsia"/>
          <w:b/>
          <w:lang w:eastAsia="ja-JP"/>
        </w:rPr>
        <w:t>公募</w:t>
      </w:r>
      <w:r w:rsidRPr="000D031D">
        <w:rPr>
          <w:rFonts w:ascii="BIZ UDゴシック" w:eastAsia="BIZ UDゴシック" w:hAnsi="BIZ UDゴシック"/>
          <w:b/>
          <w:lang w:eastAsia="ja-JP"/>
        </w:rPr>
        <w:t>）</w:t>
      </w:r>
    </w:p>
    <w:p w14:paraId="3D51B672" w14:textId="6C0528E2" w:rsidR="001F41E0" w:rsidRPr="000D031D" w:rsidRDefault="001F41E0"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7</w:t>
      </w:r>
      <w:r w:rsidRPr="000D031D">
        <w:rPr>
          <w:rFonts w:ascii="BIZ UDゴシック" w:eastAsia="BIZ UDゴシック" w:hAnsi="BIZ UDゴシック"/>
          <w:lang w:eastAsia="ja-JP"/>
        </w:rPr>
        <w:t xml:space="preserve">条　</w:t>
      </w:r>
      <w:r w:rsidRPr="000D031D">
        <w:rPr>
          <w:rFonts w:ascii="BIZ UDゴシック" w:eastAsia="BIZ UDゴシック" w:hAnsi="BIZ UDゴシック" w:hint="eastAsia"/>
          <w:lang w:eastAsia="ja-JP"/>
        </w:rPr>
        <w:t>市長は、補助金の交付を受けようとする者を公募するものとする</w:t>
      </w:r>
      <w:r w:rsidRPr="000D031D">
        <w:rPr>
          <w:rFonts w:ascii="BIZ UDゴシック" w:eastAsia="BIZ UDゴシック" w:hAnsi="BIZ UDゴシック"/>
          <w:lang w:eastAsia="ja-JP"/>
        </w:rPr>
        <w:t>。</w:t>
      </w:r>
    </w:p>
    <w:p w14:paraId="3892F7B3" w14:textId="1CFE49D5" w:rsidR="001F41E0"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hint="eastAsia"/>
          <w:lang w:eastAsia="ja-JP"/>
        </w:rPr>
        <w:t>2</w:t>
      </w:r>
      <w:r w:rsidR="001F41E0" w:rsidRPr="000D031D">
        <w:rPr>
          <w:rFonts w:ascii="BIZ UDゴシック" w:eastAsia="BIZ UDゴシック" w:hAnsi="BIZ UDゴシック" w:hint="eastAsia"/>
          <w:lang w:eastAsia="ja-JP"/>
        </w:rPr>
        <w:t xml:space="preserve">　公募の期間、方法、審査基準その他公募に関し必要な事項は、市長が別に定める。</w:t>
      </w:r>
    </w:p>
    <w:p w14:paraId="4537BD78"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（補助金の交付申請）</w:t>
      </w:r>
    </w:p>
    <w:p w14:paraId="066C8495" w14:textId="6263413A"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8</w:t>
      </w:r>
      <w:r w:rsidRPr="000D031D">
        <w:rPr>
          <w:rFonts w:ascii="BIZ UDゴシック" w:eastAsia="BIZ UDゴシック" w:hAnsi="BIZ UDゴシック"/>
          <w:lang w:eastAsia="ja-JP"/>
        </w:rPr>
        <w:t>条　補助金の交付を受けようとする補助対象者（以下「申請者」という。）は、</w:t>
      </w:r>
      <w:r w:rsidR="001F41E0" w:rsidRPr="000D031D">
        <w:rPr>
          <w:rFonts w:ascii="BIZ UDゴシック" w:eastAsia="BIZ UDゴシック" w:hAnsi="BIZ UDゴシック" w:hint="eastAsia"/>
          <w:lang w:eastAsia="ja-JP"/>
        </w:rPr>
        <w:t>前条の公募期間内に、</w:t>
      </w:r>
      <w:r w:rsidRPr="000D031D">
        <w:rPr>
          <w:rFonts w:ascii="BIZ UDゴシック" w:eastAsia="BIZ UDゴシック" w:hAnsi="BIZ UDゴシック"/>
          <w:lang w:eastAsia="ja-JP"/>
        </w:rPr>
        <w:t>半田市デジタル技術実証サポート事業補助金交付申請書（様式第1）に、次に掲げる書類を添えて、市長に提出しなければならない。</w:t>
      </w:r>
    </w:p>
    <w:p w14:paraId="0C26EF65" w14:textId="14CA278A"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zh-TW"/>
        </w:rPr>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w:t>
      </w:r>
      <w:r w:rsidR="003F4C7C" w:rsidRPr="000D031D">
        <w:rPr>
          <w:rFonts w:ascii="BIZ UDゴシック" w:eastAsia="BIZ UDゴシック" w:hAnsi="BIZ UDゴシック" w:hint="eastAsia"/>
          <w:lang w:eastAsia="ja-JP"/>
        </w:rPr>
        <w:t>補助</w:t>
      </w:r>
      <w:r w:rsidRPr="000D031D">
        <w:rPr>
          <w:rFonts w:ascii="BIZ UDゴシック" w:eastAsia="BIZ UDゴシック" w:hAnsi="BIZ UDゴシック"/>
          <w:lang w:eastAsia="ja-JP"/>
        </w:rPr>
        <w:t>事業計画書</w:t>
      </w:r>
    </w:p>
    <w:p w14:paraId="4CBAB00F" w14:textId="2A5B87F7"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）収支予算書</w:t>
      </w:r>
    </w:p>
    <w:p w14:paraId="03761DC1" w14:textId="147BD65D"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）その他市長が必要と認める書類</w:t>
      </w:r>
    </w:p>
    <w:p w14:paraId="65603134"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（補助金の交付決定）</w:t>
      </w:r>
    </w:p>
    <w:p w14:paraId="364C8BA8" w14:textId="6DDB7A22"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9</w:t>
      </w:r>
      <w:r w:rsidRPr="000D031D">
        <w:rPr>
          <w:rFonts w:ascii="BIZ UDゴシック" w:eastAsia="BIZ UDゴシック" w:hAnsi="BIZ UDゴシック"/>
          <w:lang w:eastAsia="ja-JP"/>
        </w:rPr>
        <w:t>条　市長は、前条の</w:t>
      </w:r>
      <w:r w:rsidR="002D22A6" w:rsidRPr="000D031D">
        <w:rPr>
          <w:rFonts w:ascii="BIZ UDゴシック" w:eastAsia="BIZ UDゴシック" w:hAnsi="BIZ UDゴシック" w:hint="eastAsia"/>
          <w:lang w:eastAsia="ja-JP"/>
        </w:rPr>
        <w:t>規定による申請があったときは、公募において定めた審査基準に基づきその内容を審査し、予算の範囲内において、補助金の交付又は不交付を決定し、</w:t>
      </w:r>
      <w:r w:rsidRPr="000D031D">
        <w:rPr>
          <w:rFonts w:ascii="BIZ UDゴシック" w:eastAsia="BIZ UDゴシック" w:hAnsi="BIZ UDゴシック"/>
          <w:lang w:eastAsia="ja-JP"/>
        </w:rPr>
        <w:t>半田市デジタル技術実証サポート事業補助金交付決定通知書（様式</w:t>
      </w:r>
      <w:r w:rsidRPr="000D031D">
        <w:rPr>
          <w:rFonts w:ascii="BIZ UDゴシック" w:eastAsia="BIZ UDゴシック" w:hAnsi="BIZ UDゴシック"/>
          <w:lang w:eastAsia="ja-JP"/>
        </w:rPr>
        <w:lastRenderedPageBreak/>
        <w:t>第2）</w:t>
      </w:r>
      <w:r w:rsidR="002D22A6" w:rsidRPr="000D031D">
        <w:rPr>
          <w:rFonts w:ascii="BIZ UDゴシック" w:eastAsia="BIZ UDゴシック" w:hAnsi="BIZ UDゴシック" w:hint="eastAsia"/>
          <w:lang w:eastAsia="ja-JP"/>
        </w:rPr>
        <w:t>又は</w:t>
      </w:r>
      <w:r w:rsidR="002D22A6" w:rsidRPr="000D031D">
        <w:rPr>
          <w:rFonts w:ascii="BIZ UDゴシック" w:eastAsia="BIZ UDゴシック" w:hAnsi="BIZ UDゴシック"/>
          <w:lang w:eastAsia="ja-JP"/>
        </w:rPr>
        <w:t>半田市デジタル技術実証サポート事業補助金</w:t>
      </w:r>
      <w:r w:rsidR="002D22A6" w:rsidRPr="000D031D">
        <w:rPr>
          <w:rFonts w:ascii="BIZ UDゴシック" w:eastAsia="BIZ UDゴシック" w:hAnsi="BIZ UDゴシック" w:hint="eastAsia"/>
          <w:lang w:eastAsia="ja-JP"/>
        </w:rPr>
        <w:t>不</w:t>
      </w:r>
      <w:r w:rsidR="002D22A6" w:rsidRPr="000D031D">
        <w:rPr>
          <w:rFonts w:ascii="BIZ UDゴシック" w:eastAsia="BIZ UDゴシック" w:hAnsi="BIZ UDゴシック"/>
          <w:lang w:eastAsia="ja-JP"/>
        </w:rPr>
        <w:t>交付決定通知書（様式第</w:t>
      </w:r>
      <w:r w:rsidR="002D22A6" w:rsidRPr="000D031D">
        <w:rPr>
          <w:rFonts w:ascii="BIZ UDゴシック" w:eastAsia="BIZ UDゴシック" w:hAnsi="BIZ UDゴシック" w:hint="eastAsia"/>
          <w:lang w:eastAsia="ja-JP"/>
        </w:rPr>
        <w:t>3</w:t>
      </w:r>
      <w:r w:rsidR="002D22A6" w:rsidRPr="000D031D">
        <w:rPr>
          <w:rFonts w:ascii="BIZ UDゴシック" w:eastAsia="BIZ UDゴシック" w:hAnsi="BIZ UDゴシック"/>
          <w:lang w:eastAsia="ja-JP"/>
        </w:rPr>
        <w:t>）</w:t>
      </w:r>
      <w:r w:rsidRPr="000D031D">
        <w:rPr>
          <w:rFonts w:ascii="BIZ UDゴシック" w:eastAsia="BIZ UDゴシック" w:hAnsi="BIZ UDゴシック"/>
          <w:lang w:eastAsia="ja-JP"/>
        </w:rPr>
        <w:t>により申請者に通知するものとする。</w:t>
      </w:r>
    </w:p>
    <w:p w14:paraId="319677DC" w14:textId="17E96E14"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市長は、前項の規定による交付決定に際し、補助金の交付の目的を達成するために必要な条件を付することができる。</w:t>
      </w:r>
    </w:p>
    <w:p w14:paraId="14CAF26A"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（補助事業の変更等）</w:t>
      </w:r>
    </w:p>
    <w:p w14:paraId="48C27B30" w14:textId="74A93CF7"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10</w:t>
      </w:r>
      <w:r w:rsidRPr="000D031D">
        <w:rPr>
          <w:rFonts w:ascii="BIZ UDゴシック" w:eastAsia="BIZ UDゴシック" w:hAnsi="BIZ UDゴシック"/>
          <w:lang w:eastAsia="ja-JP"/>
        </w:rPr>
        <w:t xml:space="preserve">条　</w:t>
      </w:r>
      <w:r w:rsidR="00160E75" w:rsidRPr="000D031D">
        <w:rPr>
          <w:rFonts w:ascii="BIZ UDゴシック" w:eastAsia="BIZ UDゴシック" w:hAnsi="BIZ UDゴシック" w:hint="eastAsia"/>
          <w:lang w:eastAsia="ja-JP"/>
        </w:rPr>
        <w:t>前条の規定による補助金の交付決定を受けた者（以下「補助事業者」という。）は、補助事業の内容を変更し</w:t>
      </w:r>
      <w:r w:rsidRPr="000D031D">
        <w:rPr>
          <w:rFonts w:ascii="BIZ UDゴシック" w:eastAsia="BIZ UDゴシック" w:hAnsi="BIZ UDゴシック"/>
          <w:lang w:eastAsia="ja-JP"/>
        </w:rPr>
        <w:t>、中止し、又は廃止しようとするときは、あらかじめ半田市デジタル技術実証サポート事業補助金変更等承認申請書（様式</w:t>
      </w:r>
      <w:r w:rsidR="005B58E6" w:rsidRPr="000D031D">
        <w:rPr>
          <w:rFonts w:ascii="BIZ UDゴシック" w:eastAsia="BIZ UDゴシック" w:hAnsi="BIZ UDゴシック"/>
          <w:lang w:eastAsia="ja-JP"/>
        </w:rPr>
        <w:t>第</w:t>
      </w:r>
      <w:r w:rsidR="005B58E6" w:rsidRPr="000D031D">
        <w:rPr>
          <w:rFonts w:ascii="BIZ UDゴシック" w:eastAsia="BIZ UDゴシック" w:hAnsi="BIZ UDゴシック" w:hint="eastAsia"/>
          <w:lang w:eastAsia="ja-JP"/>
        </w:rPr>
        <w:t>4</w:t>
      </w:r>
      <w:r w:rsidRPr="000D031D">
        <w:rPr>
          <w:rFonts w:ascii="BIZ UDゴシック" w:eastAsia="BIZ UDゴシック" w:hAnsi="BIZ UDゴシック"/>
          <w:lang w:eastAsia="ja-JP"/>
        </w:rPr>
        <w:t>）を市長に提出し、その承認を受けなければならない。ただし、補助金の額に変更を生じない軽微な変更であって、補助事業の目的及び効果に影響を及ぼさないものについては、この限りでない。</w:t>
      </w:r>
    </w:p>
    <w:p w14:paraId="67FCC07E" w14:textId="1B94CDD6"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市長は、前項の申請を承認し、又は承認しないことを決定したときは、半田市デジタル技術実証サポート事業補助金変更等承認（不承認）通知書（様式</w:t>
      </w:r>
      <w:r w:rsidR="005B58E6" w:rsidRPr="000D031D">
        <w:rPr>
          <w:rFonts w:ascii="BIZ UDゴシック" w:eastAsia="BIZ UDゴシック" w:hAnsi="BIZ UDゴシック"/>
          <w:lang w:eastAsia="ja-JP"/>
        </w:rPr>
        <w:t>第</w:t>
      </w:r>
      <w:r w:rsidR="005B58E6" w:rsidRPr="000D031D">
        <w:rPr>
          <w:rFonts w:ascii="BIZ UDゴシック" w:eastAsia="BIZ UDゴシック" w:hAnsi="BIZ UDゴシック" w:hint="eastAsia"/>
          <w:lang w:eastAsia="ja-JP"/>
        </w:rPr>
        <w:t>5</w:t>
      </w:r>
      <w:r w:rsidR="0044372A" w:rsidRPr="000D031D">
        <w:rPr>
          <w:rFonts w:ascii="BIZ UDゴシック" w:eastAsia="BIZ UDゴシック" w:hAnsi="BIZ UDゴシック"/>
          <w:lang w:eastAsia="ja-JP"/>
        </w:rPr>
        <w:t>）により、補助事業者に通知するものとする。</w:t>
      </w:r>
    </w:p>
    <w:p w14:paraId="41E7EE26" w14:textId="36A95931" w:rsidR="00F91A78"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hint="eastAsia"/>
          <w:lang w:eastAsia="ja-JP"/>
        </w:rPr>
        <w:t>3</w:t>
      </w:r>
      <w:r w:rsidR="00F91A78" w:rsidRPr="000D031D">
        <w:rPr>
          <w:rFonts w:ascii="BIZ UDゴシック" w:eastAsia="BIZ UDゴシック" w:hAnsi="BIZ UDゴシック"/>
          <w:lang w:eastAsia="ja-JP"/>
        </w:rPr>
        <w:t xml:space="preserve">　前項の規定により補助事業の変更を承認する場合において、変更後の補助金交付決定額は、変更前の補助金交付決定額を超えないものとする。</w:t>
      </w:r>
    </w:p>
    <w:p w14:paraId="66719CBB"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（実績報告）</w:t>
      </w:r>
    </w:p>
    <w:p w14:paraId="2F968E8C" w14:textId="4A72A77B"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11</w:t>
      </w:r>
      <w:r w:rsidRPr="000D031D">
        <w:rPr>
          <w:rFonts w:ascii="BIZ UDゴシック" w:eastAsia="BIZ UDゴシック" w:hAnsi="BIZ UDゴシック"/>
          <w:lang w:eastAsia="ja-JP"/>
        </w:rPr>
        <w:t xml:space="preserve">条　</w:t>
      </w:r>
      <w:r w:rsidR="008D4317" w:rsidRPr="000D031D">
        <w:rPr>
          <w:rFonts w:ascii="BIZ UDゴシック" w:eastAsia="BIZ UDゴシック" w:hAnsi="BIZ UDゴシック"/>
          <w:lang w:eastAsia="ja-JP"/>
        </w:rPr>
        <w:t>補助事業者は、補助事業が完了したときは、その完了の日から起算して30日を経過した日又は補助金の交付決定の日の属する年度の市長が別に定める日のいずれか早い日までに</w:t>
      </w:r>
      <w:r w:rsidRPr="000D031D">
        <w:rPr>
          <w:rFonts w:ascii="BIZ UDゴシック" w:eastAsia="BIZ UDゴシック" w:hAnsi="BIZ UDゴシック"/>
          <w:lang w:eastAsia="ja-JP"/>
        </w:rPr>
        <w:t>、半田市デジタル技術実証サポート事業補助金実績報告書（様式</w:t>
      </w:r>
      <w:r w:rsidR="005B58E6" w:rsidRPr="000D031D">
        <w:rPr>
          <w:rFonts w:ascii="BIZ UDゴシック" w:eastAsia="BIZ UDゴシック" w:hAnsi="BIZ UDゴシック"/>
          <w:lang w:eastAsia="ja-JP"/>
        </w:rPr>
        <w:t>第</w:t>
      </w:r>
      <w:r w:rsidR="005B58E6" w:rsidRPr="000D031D">
        <w:rPr>
          <w:rFonts w:ascii="BIZ UDゴシック" w:eastAsia="BIZ UDゴシック" w:hAnsi="BIZ UDゴシック" w:hint="eastAsia"/>
          <w:lang w:eastAsia="ja-JP"/>
        </w:rPr>
        <w:t>6</w:t>
      </w:r>
      <w:r w:rsidRPr="000D031D">
        <w:rPr>
          <w:rFonts w:ascii="BIZ UDゴシック" w:eastAsia="BIZ UDゴシック" w:hAnsi="BIZ UDゴシック"/>
          <w:lang w:eastAsia="ja-JP"/>
        </w:rPr>
        <w:t>）に、次に掲げる書類を添えて、市長に提出しなければならない。</w:t>
      </w:r>
    </w:p>
    <w:p w14:paraId="3DE757D1" w14:textId="2B8FFBB1"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zh-TW"/>
        </w:rPr>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）事業実績書</w:t>
      </w:r>
    </w:p>
    <w:p w14:paraId="6F20C749" w14:textId="4DB77F41"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）収支決算書</w:t>
      </w:r>
    </w:p>
    <w:p w14:paraId="578A3DF8" w14:textId="1399C52C"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）補助対象経費の支払を証する書類</w:t>
      </w:r>
    </w:p>
    <w:p w14:paraId="37BF4EB8" w14:textId="0D2DD353"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）その他市長が必要と認める書類</w:t>
      </w:r>
    </w:p>
    <w:p w14:paraId="413BBE30"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（補助金の額の確定）</w:t>
      </w:r>
    </w:p>
    <w:p w14:paraId="2BFC0D02" w14:textId="47154CDC"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12</w:t>
      </w:r>
      <w:r w:rsidRPr="000D031D">
        <w:rPr>
          <w:rFonts w:ascii="BIZ UDゴシック" w:eastAsia="BIZ UDゴシック" w:hAnsi="BIZ UDゴシック"/>
          <w:lang w:eastAsia="ja-JP"/>
        </w:rPr>
        <w:t>条　市長は、前条の実績報告書を受理したときは、その内容を審査し、必要に応じて現地調査等を行い、補助事業の実施結果が交付決定の内容及びこれに付した条件に適合すると認めたときは、交付すべき補助金の額を確定し、半田市デジタル技術実証サポート事業補助金額確定通知書（様式</w:t>
      </w:r>
      <w:r w:rsidR="005B58E6" w:rsidRPr="000D031D">
        <w:rPr>
          <w:rFonts w:ascii="BIZ UDゴシック" w:eastAsia="BIZ UDゴシック" w:hAnsi="BIZ UDゴシック"/>
          <w:lang w:eastAsia="ja-JP"/>
        </w:rPr>
        <w:t>第</w:t>
      </w:r>
      <w:r w:rsidR="005B58E6" w:rsidRPr="000D031D">
        <w:rPr>
          <w:rFonts w:ascii="BIZ UDゴシック" w:eastAsia="BIZ UDゴシック" w:hAnsi="BIZ UDゴシック" w:hint="eastAsia"/>
          <w:lang w:eastAsia="ja-JP"/>
        </w:rPr>
        <w:t>7</w:t>
      </w:r>
      <w:r w:rsidRPr="000D031D">
        <w:rPr>
          <w:rFonts w:ascii="BIZ UDゴシック" w:eastAsia="BIZ UDゴシック" w:hAnsi="BIZ UDゴシック"/>
          <w:lang w:eastAsia="ja-JP"/>
        </w:rPr>
        <w:t>）により、補助事業者に通知するものとする。</w:t>
      </w:r>
    </w:p>
    <w:p w14:paraId="7F8BC9D5" w14:textId="1732812C" w:rsidR="005D534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前項の規定により確定する補助金の額は、実績に基づき第6条の規定により算出した額又は交付決定額のいずれか低い額とする。</w:t>
      </w:r>
    </w:p>
    <w:p w14:paraId="263B62A8" w14:textId="5D7A665B" w:rsidR="00B41E7F" w:rsidRPr="000D031D" w:rsidRDefault="00E222EF"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3</w:t>
      </w:r>
      <w:r w:rsidR="00B41E7F">
        <w:rPr>
          <w:rFonts w:ascii="BIZ UDゴシック" w:eastAsia="BIZ UDゴシック" w:hAnsi="BIZ UDゴシック" w:hint="eastAsia"/>
          <w:lang w:eastAsia="ja-JP"/>
        </w:rPr>
        <w:t xml:space="preserve">　</w:t>
      </w:r>
      <w:r w:rsidR="00BA0187" w:rsidRPr="00BA0187">
        <w:rPr>
          <w:rFonts w:ascii="BIZ UDゴシック" w:eastAsia="BIZ UDゴシック" w:hAnsi="BIZ UDゴシック" w:hint="eastAsia"/>
          <w:lang w:eastAsia="ja-JP"/>
        </w:rPr>
        <w:t>市長は、第</w:t>
      </w:r>
      <w:r w:rsidR="00BA0187" w:rsidRPr="00BA0187">
        <w:rPr>
          <w:rFonts w:ascii="BIZ UDゴシック" w:eastAsia="BIZ UDゴシック" w:hAnsi="BIZ UDゴシック"/>
          <w:lang w:eastAsia="ja-JP"/>
        </w:rPr>
        <w:t>1項の規定により補助金の額を確定した後に、補助事業者が第5条第2項に規定する他の補助金等の交付決定を受けたことにより、当該確定額を変更する必要が生じたときは、第5条第2項、第6条及び前項の規定により補助金の額を改めて確定し、半田市デジタル技術実証サポート事業補助金額変更確定通知書（様式第7の2）により、補助事業者に通知するものとする。</w:t>
      </w:r>
    </w:p>
    <w:p w14:paraId="30CAF4DA"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lastRenderedPageBreak/>
        <w:t>（補助金の請求及び交付）</w:t>
      </w:r>
    </w:p>
    <w:p w14:paraId="75202E6D" w14:textId="71434477"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lang w:eastAsia="ja-JP"/>
        </w:rPr>
        <w:t>13</w:t>
      </w:r>
      <w:r w:rsidRPr="000D031D">
        <w:rPr>
          <w:rFonts w:ascii="BIZ UDゴシック" w:eastAsia="BIZ UDゴシック" w:hAnsi="BIZ UDゴシック"/>
          <w:lang w:eastAsia="ja-JP"/>
        </w:rPr>
        <w:t>条　前条の通知を受けた補助事業者は、補助金の交付を受けようとするときは、市長が定める期日までに、半田市デジタル技術実証サポート事業補助金請求書（様式第8）を市長に提出しなければならない。ただし、</w:t>
      </w:r>
      <w:r w:rsidR="000862A8">
        <w:rPr>
          <w:rFonts w:ascii="BIZ UDゴシック" w:eastAsia="BIZ UDゴシック" w:hAnsi="BIZ UDゴシック" w:hint="eastAsia"/>
          <w:lang w:eastAsia="ja-JP"/>
        </w:rPr>
        <w:t>次</w:t>
      </w:r>
      <w:r w:rsidR="000862A8" w:rsidRPr="000D031D">
        <w:rPr>
          <w:rFonts w:ascii="BIZ UDゴシック" w:eastAsia="BIZ UDゴシック" w:hAnsi="BIZ UDゴシック"/>
          <w:lang w:eastAsia="ja-JP"/>
        </w:rPr>
        <w:t>条</w:t>
      </w:r>
      <w:r w:rsidRPr="000D031D">
        <w:rPr>
          <w:rFonts w:ascii="BIZ UDゴシック" w:eastAsia="BIZ UDゴシック" w:hAnsi="BIZ UDゴシック"/>
          <w:lang w:eastAsia="ja-JP"/>
        </w:rPr>
        <w:t>の規定による概算払を受けている場合において、当該概算払の額が補助金の確定額以上であるときは、当該請求書の提出を要しない。</w:t>
      </w:r>
    </w:p>
    <w:p w14:paraId="6EA206A1" w14:textId="5E512E5B"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市長は、前項の請求書を受理したときは、補助金の確定額（</w:t>
      </w:r>
      <w:r w:rsidR="000862A8">
        <w:rPr>
          <w:rFonts w:ascii="BIZ UDゴシック" w:eastAsia="BIZ UDゴシック" w:hAnsi="BIZ UDゴシック" w:hint="eastAsia"/>
          <w:lang w:eastAsia="ja-JP"/>
        </w:rPr>
        <w:t>次</w:t>
      </w:r>
      <w:r w:rsidR="000862A8" w:rsidRPr="000D031D">
        <w:rPr>
          <w:rFonts w:ascii="BIZ UDゴシック" w:eastAsia="BIZ UDゴシック" w:hAnsi="BIZ UDゴシック"/>
          <w:lang w:eastAsia="ja-JP"/>
        </w:rPr>
        <w:t>条</w:t>
      </w:r>
      <w:r w:rsidR="0044372A" w:rsidRPr="000D031D">
        <w:rPr>
          <w:rFonts w:ascii="BIZ UDゴシック" w:eastAsia="BIZ UDゴシック" w:hAnsi="BIZ UDゴシック"/>
          <w:lang w:eastAsia="ja-JP"/>
        </w:rPr>
        <w:t>の規定による概算払を受けている場合にあっては、当該確定額から当該概算払の額を控除した額）を速やかに交付するものとする。</w:t>
      </w:r>
    </w:p>
    <w:p w14:paraId="58E53237"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（概算払）</w:t>
      </w:r>
    </w:p>
    <w:p w14:paraId="6BC45F30" w14:textId="3236E43A"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14</w:t>
      </w:r>
      <w:r w:rsidRPr="000D031D">
        <w:rPr>
          <w:rFonts w:ascii="BIZ UDゴシック" w:eastAsia="BIZ UDゴシック" w:hAnsi="BIZ UDゴシック"/>
          <w:lang w:eastAsia="ja-JP"/>
        </w:rPr>
        <w:t>条　前条の規定にかかわらず、市長は、補助事業の遂行上必要があると認めるときは、交付決定額の全部又は一部を概算払により交付することができる。</w:t>
      </w:r>
    </w:p>
    <w:p w14:paraId="6784B443" w14:textId="7EDE4CEC" w:rsidR="005D534D"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lang w:eastAsia="ja-JP"/>
        </w:rPr>
        <w:t>2</w:t>
      </w:r>
      <w:r w:rsidR="0044372A" w:rsidRPr="000D031D">
        <w:rPr>
          <w:rFonts w:ascii="BIZ UDゴシック" w:eastAsia="BIZ UDゴシック" w:hAnsi="BIZ UDゴシック"/>
          <w:lang w:eastAsia="ja-JP"/>
        </w:rPr>
        <w:t xml:space="preserve">　概算払を受けようとする補助事業者は、半田市デジタル技術実証サポート事業補助金請求書（様式</w:t>
      </w:r>
      <w:r w:rsidR="00ED27FB" w:rsidRPr="000D031D">
        <w:rPr>
          <w:rFonts w:ascii="BIZ UDゴシック" w:eastAsia="BIZ UDゴシック" w:hAnsi="BIZ UDゴシック"/>
          <w:lang w:eastAsia="ja-JP"/>
        </w:rPr>
        <w:t>第</w:t>
      </w:r>
      <w:r w:rsidR="00ED27FB" w:rsidRPr="000D031D">
        <w:rPr>
          <w:rFonts w:ascii="BIZ UDゴシック" w:eastAsia="BIZ UDゴシック" w:hAnsi="BIZ UDゴシック" w:hint="eastAsia"/>
          <w:lang w:eastAsia="ja-JP"/>
        </w:rPr>
        <w:t>8</w:t>
      </w:r>
      <w:r w:rsidR="0044372A" w:rsidRPr="000D031D">
        <w:rPr>
          <w:rFonts w:ascii="BIZ UDゴシック" w:eastAsia="BIZ UDゴシック" w:hAnsi="BIZ UDゴシック"/>
          <w:lang w:eastAsia="ja-JP"/>
        </w:rPr>
        <w:t>）を市長に提出しなければならない。</w:t>
      </w:r>
    </w:p>
    <w:p w14:paraId="696523ED"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（検査等）</w:t>
      </w:r>
    </w:p>
    <w:p w14:paraId="68202592" w14:textId="1952D135"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15</w:t>
      </w:r>
      <w:r w:rsidRPr="000D031D">
        <w:rPr>
          <w:rFonts w:ascii="BIZ UDゴシック" w:eastAsia="BIZ UDゴシック" w:hAnsi="BIZ UDゴシック"/>
          <w:lang w:eastAsia="ja-JP"/>
        </w:rPr>
        <w:t>条　市長は、補助金の交付の目的を達成するために必要があると認めるときは、補助事業者に対し、補助金の使途について必要な指示をし、報告若しくは関係書類の提出を求め、又はその状況を検査することができる。</w:t>
      </w:r>
    </w:p>
    <w:p w14:paraId="344E3026"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（交付決定の取消し）</w:t>
      </w:r>
    </w:p>
    <w:p w14:paraId="369A010A" w14:textId="7B727524"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16</w:t>
      </w:r>
      <w:r w:rsidRPr="000D031D">
        <w:rPr>
          <w:rFonts w:ascii="BIZ UDゴシック" w:eastAsia="BIZ UDゴシック" w:hAnsi="BIZ UDゴシック"/>
          <w:lang w:eastAsia="ja-JP"/>
        </w:rPr>
        <w:t>条　市長は、補助事業者が次の各号のいずれかに該当するときは、補助金の交付決定の全部又は一部を取り消すことができる。</w:t>
      </w:r>
    </w:p>
    <w:p w14:paraId="4D26B14D" w14:textId="7104D592"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1</w:t>
      </w:r>
      <w:r w:rsidRPr="000D031D">
        <w:rPr>
          <w:rFonts w:ascii="BIZ UDゴシック" w:eastAsia="BIZ UDゴシック" w:hAnsi="BIZ UDゴシック"/>
          <w:lang w:eastAsia="ja-JP"/>
        </w:rPr>
        <w:t>）偽りその他不正な手段により補助金の交付決定又は交付を受けたとき。</w:t>
      </w:r>
    </w:p>
    <w:p w14:paraId="606CBA8D" w14:textId="618226AB"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2</w:t>
      </w:r>
      <w:r w:rsidRPr="000D031D">
        <w:rPr>
          <w:rFonts w:ascii="BIZ UDゴシック" w:eastAsia="BIZ UDゴシック" w:hAnsi="BIZ UDゴシック"/>
          <w:lang w:eastAsia="ja-JP"/>
        </w:rPr>
        <w:t>）補助金を補助事業以外の用途に使用したとき。</w:t>
      </w:r>
    </w:p>
    <w:p w14:paraId="463D9C6C" w14:textId="591245DC"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3</w:t>
      </w:r>
      <w:r w:rsidRPr="000D031D">
        <w:rPr>
          <w:rFonts w:ascii="BIZ UDゴシック" w:eastAsia="BIZ UDゴシック" w:hAnsi="BIZ UDゴシック"/>
          <w:lang w:eastAsia="ja-JP"/>
        </w:rPr>
        <w:t>）法令、この要綱又は補助金の交付決定に付した条件に違反したとき。</w:t>
      </w:r>
    </w:p>
    <w:p w14:paraId="44A6B5F9" w14:textId="2D0EFDA9"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4</w:t>
      </w:r>
      <w:r w:rsidRPr="000D031D">
        <w:rPr>
          <w:rFonts w:ascii="BIZ UDゴシック" w:eastAsia="BIZ UDゴシック" w:hAnsi="BIZ UDゴシック"/>
          <w:lang w:eastAsia="ja-JP"/>
        </w:rPr>
        <w:t>）正当な理由なく</w:t>
      </w:r>
      <w:r w:rsidR="00ED27FB" w:rsidRPr="000D031D">
        <w:rPr>
          <w:rFonts w:ascii="BIZ UDゴシック" w:eastAsia="BIZ UDゴシック" w:hAnsi="BIZ UDゴシック"/>
          <w:lang w:eastAsia="ja-JP"/>
        </w:rPr>
        <w:t>第</w:t>
      </w:r>
      <w:r w:rsidR="00ED27FB" w:rsidRPr="000D031D">
        <w:rPr>
          <w:rFonts w:ascii="BIZ UDゴシック" w:eastAsia="BIZ UDゴシック" w:hAnsi="BIZ UDゴシック" w:hint="eastAsia"/>
          <w:lang w:eastAsia="ja-JP"/>
        </w:rPr>
        <w:t>11</w:t>
      </w:r>
      <w:r w:rsidRPr="000D031D">
        <w:rPr>
          <w:rFonts w:ascii="BIZ UDゴシック" w:eastAsia="BIZ UDゴシック" w:hAnsi="BIZ UDゴシック"/>
          <w:lang w:eastAsia="ja-JP"/>
        </w:rPr>
        <w:t>条に定める期日までに実績報告書を提出しないとき。</w:t>
      </w:r>
    </w:p>
    <w:p w14:paraId="4A9FEA06" w14:textId="33261616" w:rsidR="005D534D" w:rsidRPr="000D031D" w:rsidRDefault="0044372A" w:rsidP="000D031D">
      <w:pPr>
        <w:ind w:left="567" w:hanging="425"/>
        <w:rPr>
          <w:rFonts w:ascii="BIZ UDゴシック" w:eastAsia="BIZ UDゴシック" w:hAnsi="BIZ UDゴシック"/>
          <w:lang w:eastAsia="ja-JP"/>
        </w:rPr>
      </w:pPr>
      <w:r w:rsidRPr="000D031D">
        <w:rPr>
          <w:rFonts w:ascii="BIZ UDゴシック" w:eastAsia="BIZ UDゴシック" w:hAnsi="BIZ UDゴシック"/>
          <w:lang w:eastAsia="ja-JP"/>
        </w:rPr>
        <w:t>（</w:t>
      </w:r>
      <w:r w:rsidR="001B1E02">
        <w:rPr>
          <w:rFonts w:ascii="BIZ UDゴシック" w:eastAsia="BIZ UDゴシック" w:hAnsi="BIZ UDゴシック"/>
          <w:lang w:eastAsia="ja-JP"/>
        </w:rPr>
        <w:t>5</w:t>
      </w:r>
      <w:r w:rsidRPr="000D031D">
        <w:rPr>
          <w:rFonts w:ascii="BIZ UDゴシック" w:eastAsia="BIZ UDゴシック" w:hAnsi="BIZ UDゴシック"/>
          <w:lang w:eastAsia="ja-JP"/>
        </w:rPr>
        <w:t>）その他市長が補助金の交付を不適当と認めるとき。</w:t>
      </w:r>
    </w:p>
    <w:p w14:paraId="6BFAF530" w14:textId="572A0DBA" w:rsidR="008D4317"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hint="eastAsia"/>
          <w:lang w:eastAsia="ja-JP"/>
        </w:rPr>
        <w:t>2</w:t>
      </w:r>
      <w:r w:rsidR="008D4317" w:rsidRPr="000D031D">
        <w:rPr>
          <w:rFonts w:ascii="BIZ UDゴシック" w:eastAsia="BIZ UDゴシック" w:hAnsi="BIZ UDゴシック"/>
          <w:lang w:eastAsia="ja-JP"/>
        </w:rPr>
        <w:t xml:space="preserve">　市長は、第10条第1項の規定により補助事業の廃止を承認したときは、当該補助事業に係る補助金の交付決定の全部を取り消すものとする。</w:t>
      </w:r>
    </w:p>
    <w:p w14:paraId="50A516C9" w14:textId="035D7A35" w:rsidR="008D4317"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hint="eastAsia"/>
          <w:lang w:eastAsia="ja-JP"/>
        </w:rPr>
        <w:t>3</w:t>
      </w:r>
      <w:r w:rsidR="008D4317" w:rsidRPr="000D031D">
        <w:rPr>
          <w:rFonts w:ascii="BIZ UDゴシック" w:eastAsia="BIZ UDゴシック" w:hAnsi="BIZ UDゴシック"/>
          <w:lang w:eastAsia="ja-JP"/>
        </w:rPr>
        <w:t xml:space="preserve">　市長は、前2項の規定により補助金の交付決定の全部又は一部を取り消したときは、その旨を補助事業者に通知するものとする。</w:t>
      </w:r>
    </w:p>
    <w:p w14:paraId="73E1B67A"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（補助金の返還）</w:t>
      </w:r>
    </w:p>
    <w:p w14:paraId="35225F68" w14:textId="17D43BB3"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17</w:t>
      </w:r>
      <w:r w:rsidRPr="000D031D">
        <w:rPr>
          <w:rFonts w:ascii="BIZ UDゴシック" w:eastAsia="BIZ UDゴシック" w:hAnsi="BIZ UDゴシック"/>
          <w:lang w:eastAsia="ja-JP"/>
        </w:rPr>
        <w:t>条　市長は、</w:t>
      </w:r>
      <w:r w:rsidR="00B41E7F">
        <w:rPr>
          <w:rFonts w:ascii="BIZ UDゴシック" w:eastAsia="BIZ UDゴシック" w:hAnsi="BIZ UDゴシック" w:hint="eastAsia"/>
          <w:lang w:eastAsia="ja-JP"/>
        </w:rPr>
        <w:t>既に交付した補助金（</w:t>
      </w:r>
      <w:r w:rsidR="00B41E7F" w:rsidRPr="00B41E7F">
        <w:rPr>
          <w:rFonts w:ascii="BIZ UDゴシック" w:eastAsia="BIZ UDゴシック" w:hAnsi="BIZ UDゴシック" w:hint="eastAsia"/>
          <w:lang w:eastAsia="ja-JP"/>
        </w:rPr>
        <w:t>第</w:t>
      </w:r>
      <w:r w:rsidR="00B41E7F" w:rsidRPr="00B41E7F">
        <w:rPr>
          <w:rFonts w:ascii="BIZ UDゴシック" w:eastAsia="BIZ UDゴシック" w:hAnsi="BIZ UDゴシック"/>
          <w:lang w:eastAsia="ja-JP"/>
        </w:rPr>
        <w:t>14条の規定による概算払により交付したものを含む。）の額が、第12条第1項の規定により確定した額（同条第3項の規定により補助金の額を改めて確定した場合にあっては、当該改めて確定した額）を超えるときは、</w:t>
      </w:r>
      <w:r w:rsidRPr="000D031D">
        <w:rPr>
          <w:rFonts w:ascii="BIZ UDゴシック" w:eastAsia="BIZ UDゴシック" w:hAnsi="BIZ UDゴシック"/>
          <w:lang w:eastAsia="ja-JP"/>
        </w:rPr>
        <w:t>期限を定めて、その差額の返還を命ずるものとする。</w:t>
      </w:r>
      <w:r w:rsidR="008A3B6F" w:rsidRPr="008A3B6F">
        <w:rPr>
          <w:rFonts w:ascii="BIZ UDゴシック" w:eastAsia="BIZ UDゴシック" w:hAnsi="BIZ UDゴシック" w:hint="eastAsia"/>
          <w:lang w:eastAsia="ja-JP"/>
        </w:rPr>
        <w:t>この場合において、</w:t>
      </w:r>
      <w:r w:rsidR="00CA73B9">
        <w:rPr>
          <w:rFonts w:ascii="BIZ UDゴシック" w:eastAsia="BIZ UDゴシック" w:hAnsi="BIZ UDゴシック" w:hint="eastAsia"/>
          <w:lang w:eastAsia="ja-JP"/>
        </w:rPr>
        <w:t>同</w:t>
      </w:r>
      <w:r w:rsidR="008A3B6F" w:rsidRPr="008A3B6F">
        <w:rPr>
          <w:rFonts w:ascii="BIZ UDゴシック" w:eastAsia="BIZ UDゴシック" w:hAnsi="BIZ UDゴシック"/>
          <w:lang w:eastAsia="ja-JP"/>
        </w:rPr>
        <w:t>項の規定による補助金の額の再確定に伴う返還命令は、様式第7の2により行うものとする。</w:t>
      </w:r>
    </w:p>
    <w:p w14:paraId="4D06E873" w14:textId="29302D66" w:rsidR="002453C0" w:rsidRPr="000D031D" w:rsidRDefault="001B1E02" w:rsidP="000D031D">
      <w:pPr>
        <w:ind w:left="283" w:hangingChars="118" w:hanging="283"/>
        <w:rPr>
          <w:rFonts w:ascii="BIZ UDゴシック" w:eastAsia="BIZ UDゴシック" w:hAnsi="BIZ UDゴシック"/>
          <w:lang w:eastAsia="ja-JP"/>
        </w:rPr>
      </w:pPr>
      <w:r>
        <w:rPr>
          <w:rFonts w:ascii="BIZ UDゴシック" w:eastAsia="BIZ UDゴシック" w:hAnsi="BIZ UDゴシック" w:hint="eastAsia"/>
          <w:lang w:eastAsia="ja-JP"/>
        </w:rPr>
        <w:lastRenderedPageBreak/>
        <w:t>2</w:t>
      </w:r>
      <w:r w:rsidR="002453C0" w:rsidRPr="000D031D">
        <w:rPr>
          <w:rFonts w:ascii="BIZ UDゴシック" w:eastAsia="BIZ UDゴシック" w:hAnsi="BIZ UDゴシック"/>
          <w:lang w:eastAsia="ja-JP"/>
        </w:rPr>
        <w:t xml:space="preserve">　市長は、</w:t>
      </w:r>
      <w:r w:rsidR="00B41E7F" w:rsidRPr="00B41E7F">
        <w:rPr>
          <w:rFonts w:ascii="BIZ UDゴシック" w:eastAsia="BIZ UDゴシック" w:hAnsi="BIZ UDゴシック" w:hint="eastAsia"/>
          <w:lang w:eastAsia="ja-JP"/>
        </w:rPr>
        <w:t>前条の規定により補助金の交付決定の全部又は一部を取り消した場合において、既に補助金を交付しているときは、</w:t>
      </w:r>
      <w:r w:rsidR="002453C0" w:rsidRPr="000D031D">
        <w:rPr>
          <w:rFonts w:ascii="BIZ UDゴシック" w:eastAsia="BIZ UDゴシック" w:hAnsi="BIZ UDゴシック"/>
          <w:lang w:eastAsia="ja-JP"/>
        </w:rPr>
        <w:t>期限を定めて、その</w:t>
      </w:r>
      <w:r w:rsidR="00B41E7F">
        <w:rPr>
          <w:rFonts w:ascii="BIZ UDゴシック" w:eastAsia="BIZ UDゴシック" w:hAnsi="BIZ UDゴシック" w:hint="eastAsia"/>
          <w:lang w:eastAsia="ja-JP"/>
        </w:rPr>
        <w:t>取消しに</w:t>
      </w:r>
      <w:r w:rsidR="004A40DF">
        <w:rPr>
          <w:rFonts w:ascii="BIZ UDゴシック" w:eastAsia="BIZ UDゴシック" w:hAnsi="BIZ UDゴシック" w:hint="eastAsia"/>
          <w:lang w:eastAsia="ja-JP"/>
        </w:rPr>
        <w:t>係る</w:t>
      </w:r>
      <w:r w:rsidR="002453C0" w:rsidRPr="000D031D">
        <w:rPr>
          <w:rFonts w:ascii="BIZ UDゴシック" w:eastAsia="BIZ UDゴシック" w:hAnsi="BIZ UDゴシック"/>
          <w:lang w:eastAsia="ja-JP"/>
        </w:rPr>
        <w:t>額の返還を命ずるものとする。</w:t>
      </w:r>
    </w:p>
    <w:p w14:paraId="02B2E0A4"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（関係書類の保存）</w:t>
      </w:r>
    </w:p>
    <w:p w14:paraId="2360AE79" w14:textId="4549BED0"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18</w:t>
      </w:r>
      <w:r w:rsidRPr="000D031D">
        <w:rPr>
          <w:rFonts w:ascii="BIZ UDゴシック" w:eastAsia="BIZ UDゴシック" w:hAnsi="BIZ UDゴシック"/>
          <w:lang w:eastAsia="ja-JP"/>
        </w:rPr>
        <w:t>条　補助事業者は、補助事業に係る収入及び支出を明らかにした帳簿その他の関係書類を整理し、補助金の交付を受けた年度の翌年度から起算して5年間保存しなければならない。</w:t>
      </w:r>
    </w:p>
    <w:p w14:paraId="4F1228F5" w14:textId="77777777" w:rsidR="005D534D" w:rsidRPr="000D031D" w:rsidRDefault="0044372A">
      <w:pPr>
        <w:keepNext/>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（その他）</w:t>
      </w:r>
    </w:p>
    <w:p w14:paraId="06BA170C" w14:textId="1EAACD15" w:rsidR="005D534D" w:rsidRPr="000D031D" w:rsidRDefault="0044372A" w:rsidP="000D031D">
      <w:pPr>
        <w:ind w:left="283" w:hangingChars="118" w:hanging="283"/>
        <w:rPr>
          <w:rFonts w:ascii="BIZ UDゴシック" w:eastAsia="BIZ UDゴシック" w:hAnsi="BIZ UDゴシック"/>
          <w:lang w:eastAsia="ja-JP"/>
        </w:rPr>
      </w:pPr>
      <w:r w:rsidRPr="000D031D">
        <w:rPr>
          <w:rFonts w:ascii="BIZ UDゴシック" w:eastAsia="BIZ UDゴシック" w:hAnsi="BIZ UDゴシック"/>
          <w:lang w:eastAsia="ja-JP"/>
        </w:rPr>
        <w:t>第</w:t>
      </w:r>
      <w:r w:rsidR="001B1E02">
        <w:rPr>
          <w:rFonts w:ascii="BIZ UDゴシック" w:eastAsia="BIZ UDゴシック" w:hAnsi="BIZ UDゴシック" w:hint="eastAsia"/>
          <w:lang w:eastAsia="ja-JP"/>
        </w:rPr>
        <w:t>19</w:t>
      </w:r>
      <w:r w:rsidRPr="000D031D">
        <w:rPr>
          <w:rFonts w:ascii="BIZ UDゴシック" w:eastAsia="BIZ UDゴシック" w:hAnsi="BIZ UDゴシック"/>
          <w:lang w:eastAsia="ja-JP"/>
        </w:rPr>
        <w:t>条　この要綱に定めるもののほか、必要な事項は、市長が別に定める。</w:t>
      </w:r>
    </w:p>
    <w:p w14:paraId="2C12EB3F" w14:textId="77777777" w:rsidR="005D534D" w:rsidRPr="003D7B8D" w:rsidRDefault="0044372A" w:rsidP="00B459BF">
      <w:pPr>
        <w:spacing w:before="160" w:after="60"/>
        <w:ind w:firstLineChars="300" w:firstLine="720"/>
        <w:rPr>
          <w:rFonts w:ascii="BIZ UDゴシック" w:eastAsia="BIZ UDゴシック" w:hAnsi="BIZ UDゴシック"/>
          <w:lang w:eastAsia="ja-JP"/>
        </w:rPr>
      </w:pPr>
      <w:r w:rsidRPr="003D7B8D">
        <w:rPr>
          <w:rFonts w:ascii="BIZ UDゴシック" w:eastAsia="BIZ UDゴシック" w:hAnsi="BIZ UDゴシック"/>
          <w:b/>
          <w:lang w:eastAsia="ja-JP"/>
        </w:rPr>
        <w:t>附　則</w:t>
      </w:r>
    </w:p>
    <w:p w14:paraId="6CD79917" w14:textId="6DE0EB54" w:rsidR="005D534D" w:rsidRPr="000D031D" w:rsidRDefault="0044372A" w:rsidP="00B459BF">
      <w:pPr>
        <w:ind w:leftChars="100" w:left="283" w:hangingChars="18" w:hanging="43"/>
        <w:rPr>
          <w:rFonts w:ascii="BIZ UDゴシック" w:eastAsia="BIZ UDゴシック" w:hAnsi="BIZ UDゴシック"/>
          <w:lang w:eastAsia="ja-JP"/>
        </w:rPr>
      </w:pPr>
      <w:r w:rsidRPr="003D7B8D">
        <w:rPr>
          <w:rFonts w:ascii="BIZ UDゴシック" w:eastAsia="BIZ UDゴシック" w:hAnsi="BIZ UDゴシック"/>
          <w:lang w:eastAsia="ja-JP"/>
        </w:rPr>
        <w:t>こ</w:t>
      </w:r>
      <w:r w:rsidRPr="000D031D">
        <w:rPr>
          <w:rFonts w:ascii="BIZ UDゴシック" w:eastAsia="BIZ UDゴシック" w:hAnsi="BIZ UDゴシック"/>
          <w:lang w:eastAsia="ja-JP"/>
        </w:rPr>
        <w:t>の要綱は、令和8年</w:t>
      </w:r>
      <w:r w:rsidR="00AC2A46">
        <w:rPr>
          <w:rFonts w:ascii="BIZ UDゴシック" w:eastAsia="BIZ UDゴシック" w:hAnsi="BIZ UDゴシック" w:hint="eastAsia"/>
          <w:lang w:eastAsia="ja-JP"/>
        </w:rPr>
        <w:t>10</w:t>
      </w:r>
      <w:r w:rsidRPr="000D031D">
        <w:rPr>
          <w:rFonts w:ascii="BIZ UDゴシック" w:eastAsia="BIZ UDゴシック" w:hAnsi="BIZ UDゴシック"/>
          <w:lang w:eastAsia="ja-JP"/>
        </w:rPr>
        <w:t>月</w:t>
      </w:r>
      <w:r w:rsidR="00AC2A46">
        <w:rPr>
          <w:rFonts w:ascii="BIZ UDゴシック" w:eastAsia="BIZ UDゴシック" w:hAnsi="BIZ UDゴシック" w:hint="eastAsia"/>
          <w:lang w:eastAsia="ja-JP"/>
        </w:rPr>
        <w:t>19</w:t>
      </w:r>
      <w:r w:rsidRPr="000D031D">
        <w:rPr>
          <w:rFonts w:ascii="BIZ UDゴシック" w:eastAsia="BIZ UDゴシック" w:hAnsi="BIZ UDゴシック"/>
          <w:lang w:eastAsia="ja-JP"/>
        </w:rPr>
        <w:t>日から施行する。</w:t>
      </w:r>
    </w:p>
    <w:p w14:paraId="2618F2F4" w14:textId="7C27DF9F" w:rsidR="005D534D" w:rsidRPr="000D031D" w:rsidRDefault="005D534D">
      <w:pPr>
        <w:rPr>
          <w:rFonts w:ascii="BIZ UDゴシック" w:eastAsia="BIZ UDゴシック" w:hAnsi="BIZ UDゴシック"/>
          <w:lang w:eastAsia="ja-JP"/>
        </w:rPr>
      </w:pPr>
    </w:p>
    <w:p w14:paraId="262D4E30" w14:textId="77777777" w:rsidR="005D534D" w:rsidRPr="000D031D" w:rsidRDefault="0044372A">
      <w:pPr>
        <w:spacing w:after="100"/>
        <w:rPr>
          <w:rFonts w:ascii="BIZ UDゴシック" w:eastAsia="BIZ UDゴシック" w:hAnsi="BIZ UDゴシック"/>
        </w:rPr>
      </w:pPr>
      <w:r w:rsidRPr="000D031D">
        <w:rPr>
          <w:rFonts w:ascii="BIZ UDゴシック" w:eastAsia="BIZ UDゴシック" w:hAnsi="BIZ UDゴシック"/>
          <w:b/>
        </w:rPr>
        <w:t>別表（第5条関係）</w:t>
      </w:r>
    </w:p>
    <w:tbl>
      <w:tblPr>
        <w:tblStyle w:val="afe"/>
        <w:tblW w:w="8450" w:type="dxa"/>
        <w:jc w:val="center"/>
        <w:tblLayout w:type="fixed"/>
        <w:tblLook w:val="04A0" w:firstRow="1" w:lastRow="0" w:firstColumn="1" w:lastColumn="0" w:noHBand="0" w:noVBand="1"/>
      </w:tblPr>
      <w:tblGrid>
        <w:gridCol w:w="1900"/>
        <w:gridCol w:w="6550"/>
      </w:tblGrid>
      <w:tr w:rsidR="005D534D" w:rsidRPr="000D031D" w14:paraId="4F66A8F8" w14:textId="77777777">
        <w:trPr>
          <w:cantSplit/>
          <w:tblHeader/>
          <w:jc w:val="center"/>
        </w:trPr>
        <w:tc>
          <w:tcPr>
            <w:tcW w:w="1900" w:type="dxa"/>
            <w:shd w:val="clear" w:color="auto" w:fill="D9E2F3"/>
            <w:tcMar>
              <w:top w:w="100" w:type="dxa"/>
              <w:left w:w="120" w:type="dxa"/>
              <w:bottom w:w="100" w:type="dxa"/>
              <w:right w:w="120" w:type="dxa"/>
            </w:tcMar>
            <w:vAlign w:val="center"/>
          </w:tcPr>
          <w:p w14:paraId="331D4F38" w14:textId="77777777" w:rsidR="005D534D" w:rsidRPr="000D031D" w:rsidRDefault="0044372A">
            <w:pPr>
              <w:spacing w:line="320" w:lineRule="exact"/>
              <w:jc w:val="center"/>
              <w:rPr>
                <w:rFonts w:ascii="BIZ UDゴシック" w:eastAsia="BIZ UDゴシック" w:hAnsi="BIZ UDゴシック"/>
              </w:rPr>
            </w:pPr>
            <w:r w:rsidRPr="000D031D">
              <w:rPr>
                <w:rFonts w:ascii="BIZ UDゴシック" w:eastAsia="BIZ UDゴシック" w:hAnsi="BIZ UDゴシック"/>
                <w:b/>
                <w:sz w:val="19"/>
              </w:rPr>
              <w:t>区分</w:t>
            </w:r>
          </w:p>
        </w:tc>
        <w:tc>
          <w:tcPr>
            <w:tcW w:w="6550" w:type="dxa"/>
            <w:shd w:val="clear" w:color="auto" w:fill="D9E2F3"/>
            <w:tcMar>
              <w:top w:w="100" w:type="dxa"/>
              <w:left w:w="120" w:type="dxa"/>
              <w:bottom w:w="100" w:type="dxa"/>
              <w:right w:w="120" w:type="dxa"/>
            </w:tcMar>
            <w:vAlign w:val="center"/>
          </w:tcPr>
          <w:p w14:paraId="0674F1A3" w14:textId="77777777" w:rsidR="005D534D" w:rsidRPr="000D031D" w:rsidRDefault="0044372A">
            <w:pPr>
              <w:spacing w:line="320" w:lineRule="exact"/>
              <w:jc w:val="center"/>
              <w:rPr>
                <w:rFonts w:ascii="BIZ UDゴシック" w:eastAsia="BIZ UDゴシック" w:hAnsi="BIZ UDゴシック"/>
              </w:rPr>
            </w:pPr>
            <w:r w:rsidRPr="000D031D">
              <w:rPr>
                <w:rFonts w:ascii="BIZ UDゴシック" w:eastAsia="BIZ UDゴシック" w:hAnsi="BIZ UDゴシック"/>
                <w:b/>
                <w:sz w:val="19"/>
              </w:rPr>
              <w:t>補助対象経費</w:t>
            </w:r>
          </w:p>
        </w:tc>
      </w:tr>
      <w:tr w:rsidR="005D534D" w:rsidRPr="000D031D" w14:paraId="3FFC2B49" w14:textId="77777777">
        <w:trPr>
          <w:cantSplit/>
          <w:jc w:val="center"/>
        </w:trPr>
        <w:tc>
          <w:tcPr>
            <w:tcW w:w="1900" w:type="dxa"/>
            <w:tcMar>
              <w:top w:w="100" w:type="dxa"/>
              <w:left w:w="120" w:type="dxa"/>
              <w:bottom w:w="100" w:type="dxa"/>
              <w:right w:w="120" w:type="dxa"/>
            </w:tcMar>
            <w:vAlign w:val="center"/>
          </w:tcPr>
          <w:p w14:paraId="306D191F"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報償費</w:t>
            </w:r>
          </w:p>
        </w:tc>
        <w:tc>
          <w:tcPr>
            <w:tcW w:w="6550" w:type="dxa"/>
            <w:tcMar>
              <w:top w:w="100" w:type="dxa"/>
              <w:left w:w="120" w:type="dxa"/>
              <w:bottom w:w="100" w:type="dxa"/>
              <w:right w:w="120" w:type="dxa"/>
            </w:tcMar>
            <w:vAlign w:val="center"/>
          </w:tcPr>
          <w:p w14:paraId="64698ABC"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外部専門家等への謝礼その他補助事業への協力に対する謝礼に要する経費</w:t>
            </w:r>
          </w:p>
        </w:tc>
      </w:tr>
      <w:tr w:rsidR="005D534D" w:rsidRPr="000D031D" w14:paraId="58D384CC" w14:textId="77777777">
        <w:trPr>
          <w:cantSplit/>
          <w:jc w:val="center"/>
        </w:trPr>
        <w:tc>
          <w:tcPr>
            <w:tcW w:w="1900" w:type="dxa"/>
            <w:tcMar>
              <w:top w:w="100" w:type="dxa"/>
              <w:left w:w="120" w:type="dxa"/>
              <w:bottom w:w="100" w:type="dxa"/>
              <w:right w:w="120" w:type="dxa"/>
            </w:tcMar>
            <w:vAlign w:val="center"/>
          </w:tcPr>
          <w:p w14:paraId="481552F4"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消耗品費</w:t>
            </w:r>
          </w:p>
        </w:tc>
        <w:tc>
          <w:tcPr>
            <w:tcW w:w="6550" w:type="dxa"/>
            <w:tcMar>
              <w:top w:w="100" w:type="dxa"/>
              <w:left w:w="120" w:type="dxa"/>
              <w:bottom w:w="100" w:type="dxa"/>
              <w:right w:w="120" w:type="dxa"/>
            </w:tcMar>
            <w:vAlign w:val="center"/>
          </w:tcPr>
          <w:p w14:paraId="751C46C2"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補助事業の実施に必要な物品（取得価格が3万円未満のものに限る。）の購入に要する経費</w:t>
            </w:r>
          </w:p>
        </w:tc>
      </w:tr>
      <w:tr w:rsidR="005D534D" w:rsidRPr="000D031D" w14:paraId="1832BDEF" w14:textId="77777777">
        <w:trPr>
          <w:cantSplit/>
          <w:jc w:val="center"/>
        </w:trPr>
        <w:tc>
          <w:tcPr>
            <w:tcW w:w="1900" w:type="dxa"/>
            <w:tcMar>
              <w:top w:w="100" w:type="dxa"/>
              <w:left w:w="120" w:type="dxa"/>
              <w:bottom w:w="100" w:type="dxa"/>
              <w:right w:w="120" w:type="dxa"/>
            </w:tcMar>
            <w:vAlign w:val="center"/>
          </w:tcPr>
          <w:p w14:paraId="459A7DEB"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使用料及び賃借料</w:t>
            </w:r>
          </w:p>
        </w:tc>
        <w:tc>
          <w:tcPr>
            <w:tcW w:w="6550" w:type="dxa"/>
            <w:tcMar>
              <w:top w:w="100" w:type="dxa"/>
              <w:left w:w="120" w:type="dxa"/>
              <w:bottom w:w="100" w:type="dxa"/>
              <w:right w:w="120" w:type="dxa"/>
            </w:tcMar>
            <w:vAlign w:val="center"/>
          </w:tcPr>
          <w:p w14:paraId="52DD8B38"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補助事業の実施に必要な機器、器具、ソフトウェア、クラウドサービス、施設又は土地の使用又は賃借に要する経費</w:t>
            </w:r>
          </w:p>
        </w:tc>
      </w:tr>
      <w:tr w:rsidR="005D534D" w:rsidRPr="000D031D" w14:paraId="35AFC79F" w14:textId="77777777">
        <w:trPr>
          <w:cantSplit/>
          <w:jc w:val="center"/>
        </w:trPr>
        <w:tc>
          <w:tcPr>
            <w:tcW w:w="1900" w:type="dxa"/>
            <w:tcMar>
              <w:top w:w="100" w:type="dxa"/>
              <w:left w:w="120" w:type="dxa"/>
              <w:bottom w:w="100" w:type="dxa"/>
              <w:right w:w="120" w:type="dxa"/>
            </w:tcMar>
            <w:vAlign w:val="center"/>
          </w:tcPr>
          <w:p w14:paraId="6DAD4473"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開発・委託費</w:t>
            </w:r>
          </w:p>
        </w:tc>
        <w:tc>
          <w:tcPr>
            <w:tcW w:w="6550" w:type="dxa"/>
            <w:tcMar>
              <w:top w:w="100" w:type="dxa"/>
              <w:left w:w="120" w:type="dxa"/>
              <w:bottom w:w="100" w:type="dxa"/>
              <w:right w:w="120" w:type="dxa"/>
            </w:tcMar>
            <w:vAlign w:val="center"/>
          </w:tcPr>
          <w:p w14:paraId="2B27ECAF"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補助事業の実施に必要な製品、サービス、システム又はソフトウェアの開発若しくは改修又は業務の委託に要する経費</w:t>
            </w:r>
          </w:p>
        </w:tc>
      </w:tr>
      <w:tr w:rsidR="005D534D" w:rsidRPr="000D031D" w14:paraId="52048395" w14:textId="77777777">
        <w:trPr>
          <w:cantSplit/>
          <w:jc w:val="center"/>
        </w:trPr>
        <w:tc>
          <w:tcPr>
            <w:tcW w:w="1900" w:type="dxa"/>
            <w:tcMar>
              <w:top w:w="100" w:type="dxa"/>
              <w:left w:w="120" w:type="dxa"/>
              <w:bottom w:w="100" w:type="dxa"/>
              <w:right w:w="120" w:type="dxa"/>
            </w:tcMar>
            <w:vAlign w:val="center"/>
          </w:tcPr>
          <w:p w14:paraId="3389F4A1"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通信運搬費</w:t>
            </w:r>
          </w:p>
        </w:tc>
        <w:tc>
          <w:tcPr>
            <w:tcW w:w="6550" w:type="dxa"/>
            <w:tcMar>
              <w:top w:w="100" w:type="dxa"/>
              <w:left w:w="120" w:type="dxa"/>
              <w:bottom w:w="100" w:type="dxa"/>
              <w:right w:w="120" w:type="dxa"/>
            </w:tcMar>
            <w:vAlign w:val="center"/>
          </w:tcPr>
          <w:p w14:paraId="4E7AA479"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補助事業の実施に必要な物品の運搬、郵送又はデータ通信に要する経費</w:t>
            </w:r>
          </w:p>
        </w:tc>
      </w:tr>
      <w:tr w:rsidR="005D534D" w:rsidRPr="000D031D" w14:paraId="7C285988" w14:textId="77777777">
        <w:trPr>
          <w:cantSplit/>
          <w:jc w:val="center"/>
        </w:trPr>
        <w:tc>
          <w:tcPr>
            <w:tcW w:w="1900" w:type="dxa"/>
            <w:tcMar>
              <w:top w:w="100" w:type="dxa"/>
              <w:left w:w="120" w:type="dxa"/>
              <w:bottom w:w="100" w:type="dxa"/>
              <w:right w:w="120" w:type="dxa"/>
            </w:tcMar>
            <w:vAlign w:val="center"/>
          </w:tcPr>
          <w:p w14:paraId="1238CBDD"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広報活動費</w:t>
            </w:r>
          </w:p>
        </w:tc>
        <w:tc>
          <w:tcPr>
            <w:tcW w:w="6550" w:type="dxa"/>
            <w:tcMar>
              <w:top w:w="100" w:type="dxa"/>
              <w:left w:w="120" w:type="dxa"/>
              <w:bottom w:w="100" w:type="dxa"/>
              <w:right w:w="120" w:type="dxa"/>
            </w:tcMar>
            <w:vAlign w:val="center"/>
          </w:tcPr>
          <w:p w14:paraId="27F1A3DF"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補助事業の実施又は成果の周知に必要な広告宣伝、印刷又はWebページの作成に要する経費</w:t>
            </w:r>
          </w:p>
        </w:tc>
      </w:tr>
      <w:tr w:rsidR="005D534D" w:rsidRPr="000D031D" w14:paraId="49E079FE" w14:textId="77777777">
        <w:trPr>
          <w:cantSplit/>
          <w:jc w:val="center"/>
        </w:trPr>
        <w:tc>
          <w:tcPr>
            <w:tcW w:w="1900" w:type="dxa"/>
            <w:tcMar>
              <w:top w:w="100" w:type="dxa"/>
              <w:left w:w="120" w:type="dxa"/>
              <w:bottom w:w="100" w:type="dxa"/>
              <w:right w:w="120" w:type="dxa"/>
            </w:tcMar>
            <w:vAlign w:val="center"/>
          </w:tcPr>
          <w:p w14:paraId="32FFA719"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旅費</w:t>
            </w:r>
          </w:p>
        </w:tc>
        <w:tc>
          <w:tcPr>
            <w:tcW w:w="6550" w:type="dxa"/>
            <w:tcMar>
              <w:top w:w="100" w:type="dxa"/>
              <w:left w:w="120" w:type="dxa"/>
              <w:bottom w:w="100" w:type="dxa"/>
              <w:right w:w="120" w:type="dxa"/>
            </w:tcMar>
            <w:vAlign w:val="center"/>
          </w:tcPr>
          <w:p w14:paraId="14BA4B1E" w14:textId="521ECAE9"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補助事業の実施に必要な</w:t>
            </w:r>
            <w:r w:rsidR="00425FB0" w:rsidRPr="000D031D">
              <w:rPr>
                <w:rFonts w:ascii="BIZ UDゴシック" w:eastAsia="BIZ UDゴシック" w:hAnsi="BIZ UDゴシック"/>
                <w:sz w:val="19"/>
                <w:lang w:eastAsia="ja-JP"/>
              </w:rPr>
              <w:t>交通費及び宿泊費。</w:t>
            </w:r>
            <w:r w:rsidR="00425FB0" w:rsidRPr="000D031D">
              <w:rPr>
                <w:rFonts w:ascii="BIZ UDゴシック" w:eastAsia="BIZ UDゴシック" w:hAnsi="BIZ UDゴシック" w:hint="eastAsia"/>
                <w:sz w:val="19"/>
                <w:lang w:eastAsia="ja-JP"/>
              </w:rPr>
              <w:t>ただし、</w:t>
            </w:r>
            <w:r w:rsidR="00DD23F7" w:rsidRPr="000D031D">
              <w:rPr>
                <w:rFonts w:ascii="BIZ UDゴシック" w:eastAsia="BIZ UDゴシック" w:hAnsi="BIZ UDゴシック" w:hint="eastAsia"/>
                <w:sz w:val="19"/>
                <w:lang w:eastAsia="ja-JP"/>
              </w:rPr>
              <w:t>半田市職員旅費支給条例及び同施行規則に準じた範囲</w:t>
            </w:r>
            <w:r w:rsidR="00425FB0" w:rsidRPr="000D031D">
              <w:rPr>
                <w:rFonts w:ascii="BIZ UDゴシック" w:eastAsia="BIZ UDゴシック" w:hAnsi="BIZ UDゴシック"/>
                <w:sz w:val="19"/>
                <w:lang w:eastAsia="ja-JP"/>
              </w:rPr>
              <w:t>に限る。</w:t>
            </w:r>
          </w:p>
        </w:tc>
      </w:tr>
      <w:tr w:rsidR="005D534D" w:rsidRPr="000D031D" w14:paraId="0D8A79CC" w14:textId="77777777">
        <w:trPr>
          <w:cantSplit/>
          <w:jc w:val="center"/>
        </w:trPr>
        <w:tc>
          <w:tcPr>
            <w:tcW w:w="1900" w:type="dxa"/>
            <w:tcMar>
              <w:top w:w="100" w:type="dxa"/>
              <w:left w:w="120" w:type="dxa"/>
              <w:bottom w:w="100" w:type="dxa"/>
              <w:right w:w="120" w:type="dxa"/>
            </w:tcMar>
            <w:vAlign w:val="center"/>
          </w:tcPr>
          <w:p w14:paraId="43B4D2AD" w14:textId="77777777" w:rsidR="005D534D" w:rsidRPr="000D031D" w:rsidRDefault="0044372A" w:rsidP="000C05F8">
            <w:pPr>
              <w:spacing w:line="320" w:lineRule="exact"/>
              <w:rPr>
                <w:rFonts w:ascii="BIZ UDゴシック" w:eastAsia="BIZ UDゴシック" w:hAnsi="BIZ UDゴシック"/>
              </w:rPr>
            </w:pPr>
            <w:r w:rsidRPr="000D031D">
              <w:rPr>
                <w:rFonts w:ascii="BIZ UDゴシック" w:eastAsia="BIZ UDゴシック" w:hAnsi="BIZ UDゴシック"/>
                <w:sz w:val="19"/>
              </w:rPr>
              <w:t>その他諸経費</w:t>
            </w:r>
          </w:p>
        </w:tc>
        <w:tc>
          <w:tcPr>
            <w:tcW w:w="6550" w:type="dxa"/>
            <w:tcMar>
              <w:top w:w="100" w:type="dxa"/>
              <w:left w:w="120" w:type="dxa"/>
              <w:bottom w:w="100" w:type="dxa"/>
              <w:right w:w="120" w:type="dxa"/>
            </w:tcMar>
            <w:vAlign w:val="center"/>
          </w:tcPr>
          <w:p w14:paraId="0B0302AE"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前各項に掲げるもののほか、補助事業の実施に必要であり、当該補助事業のために使用されることが特定及び確認できる経費で、市長が適当と認めるもの</w:t>
            </w:r>
          </w:p>
        </w:tc>
      </w:tr>
    </w:tbl>
    <w:p w14:paraId="146F3D83" w14:textId="77777777" w:rsidR="005D534D" w:rsidRPr="000D031D" w:rsidRDefault="0044372A">
      <w:pPr>
        <w:spacing w:before="100"/>
        <w:rPr>
          <w:rFonts w:ascii="BIZ UDゴシック" w:eastAsia="BIZ UDゴシック" w:hAnsi="BIZ UDゴシック"/>
          <w:lang w:eastAsia="ja-JP"/>
        </w:rPr>
      </w:pPr>
      <w:r w:rsidRPr="000D031D">
        <w:rPr>
          <w:rFonts w:ascii="BIZ UDゴシック" w:eastAsia="BIZ UDゴシック" w:hAnsi="BIZ UDゴシック"/>
          <w:b/>
          <w:lang w:eastAsia="ja-JP"/>
        </w:rPr>
        <w:t>備考</w:t>
      </w:r>
    </w:p>
    <w:p w14:paraId="0A977920" w14:textId="77777777" w:rsidR="005D534D" w:rsidRPr="000D031D" w:rsidRDefault="0044372A">
      <w:pPr>
        <w:ind w:left="210" w:hanging="210"/>
        <w:rPr>
          <w:rFonts w:ascii="BIZ UDゴシック" w:eastAsia="BIZ UDゴシック" w:hAnsi="BIZ UDゴシック"/>
          <w:lang w:eastAsia="ja-JP"/>
        </w:rPr>
      </w:pPr>
      <w:r w:rsidRPr="000D031D">
        <w:rPr>
          <w:rFonts w:ascii="BIZ UDゴシック" w:eastAsia="BIZ UDゴシック" w:hAnsi="BIZ UDゴシック"/>
          <w:lang w:eastAsia="ja-JP"/>
        </w:rPr>
        <w:t>1　補助対象経費は、交付決定の日から補助事業の完了の日までに発生し、かつ、支払が完了した経費であって、証拠書類により金額及び使途を確認できるものに限る。</w:t>
      </w:r>
    </w:p>
    <w:p w14:paraId="700E6C61" w14:textId="77777777" w:rsidR="005D534D" w:rsidRPr="000D031D" w:rsidRDefault="0044372A">
      <w:pPr>
        <w:ind w:left="210" w:hanging="210"/>
        <w:rPr>
          <w:rFonts w:ascii="BIZ UDゴシック" w:eastAsia="BIZ UDゴシック" w:hAnsi="BIZ UDゴシック"/>
          <w:lang w:eastAsia="ja-JP"/>
        </w:rPr>
      </w:pPr>
      <w:r w:rsidRPr="000D031D">
        <w:rPr>
          <w:rFonts w:ascii="BIZ UDゴシック" w:eastAsia="BIZ UDゴシック" w:hAnsi="BIZ UDゴシック"/>
          <w:lang w:eastAsia="ja-JP"/>
        </w:rPr>
        <w:t>2　機械器具、備品その他の財産の取得に要する経費（消耗品費に該当するものを除く。）は、補助対象としない。</w:t>
      </w:r>
    </w:p>
    <w:p w14:paraId="7460C86F" w14:textId="18425404" w:rsidR="005D534D" w:rsidRPr="000D031D" w:rsidRDefault="0044372A">
      <w:pPr>
        <w:ind w:left="210" w:hanging="210"/>
        <w:rPr>
          <w:rFonts w:ascii="BIZ UDゴシック" w:eastAsia="BIZ UDゴシック" w:hAnsi="BIZ UDゴシック"/>
          <w:lang w:eastAsia="ja-JP"/>
        </w:rPr>
      </w:pPr>
      <w:r w:rsidRPr="000D031D">
        <w:rPr>
          <w:rFonts w:ascii="BIZ UDゴシック" w:eastAsia="BIZ UDゴシック" w:hAnsi="BIZ UDゴシック"/>
          <w:lang w:eastAsia="ja-JP"/>
        </w:rPr>
        <w:lastRenderedPageBreak/>
        <w:t xml:space="preserve">3　</w:t>
      </w:r>
      <w:r w:rsidR="006052C7" w:rsidRPr="000D031D">
        <w:rPr>
          <w:rFonts w:ascii="BIZ UDゴシック" w:eastAsia="BIZ UDゴシック" w:hAnsi="BIZ UDゴシック"/>
          <w:lang w:eastAsia="ja-JP"/>
        </w:rPr>
        <w:t>消費税及び地方消費税は、補助対象経費に含めない。</w:t>
      </w:r>
    </w:p>
    <w:p w14:paraId="6D4484DC" w14:textId="04192CC1" w:rsidR="00BC6777" w:rsidRPr="000D031D" w:rsidRDefault="00BC6777">
      <w:pPr>
        <w:ind w:left="210" w:hanging="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4　</w:t>
      </w:r>
      <w:r w:rsidR="000032C0">
        <w:rPr>
          <w:rFonts w:ascii="BIZ UDゴシック" w:eastAsia="BIZ UDゴシック" w:hAnsi="BIZ UDゴシック" w:hint="eastAsia"/>
          <w:lang w:eastAsia="ja-JP"/>
        </w:rPr>
        <w:t>人件費は、補助対象としない。</w:t>
      </w:r>
    </w:p>
    <w:p w14:paraId="3FF64CA0" w14:textId="77777777" w:rsidR="005D534D" w:rsidRPr="000D031D" w:rsidRDefault="0044372A">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069D7E2B" w14:textId="77777777" w:rsidR="000C05F8" w:rsidRDefault="000C05F8">
      <w:pPr>
        <w:spacing w:after="60"/>
        <w:jc w:val="right"/>
        <w:rPr>
          <w:rFonts w:ascii="BIZ UDゴシック" w:eastAsia="BIZ UDゴシック" w:hAnsi="BIZ UDゴシック"/>
          <w:lang w:eastAsia="zh-TW"/>
        </w:rPr>
        <w:sectPr w:rsidR="000C05F8" w:rsidSect="000D031D">
          <w:footerReference w:type="default" r:id="rId8"/>
          <w:pgSz w:w="11906" w:h="16838"/>
          <w:pgMar w:top="1134" w:right="1418" w:bottom="1134" w:left="1418" w:header="567" w:footer="567" w:gutter="0"/>
          <w:cols w:space="720"/>
          <w:docGrid w:linePitch="360"/>
        </w:sectPr>
      </w:pPr>
    </w:p>
    <w:p w14:paraId="66E66B2B" w14:textId="01192F9B"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様式第1（第</w:t>
      </w:r>
      <w:r w:rsidR="001F41E0" w:rsidRPr="003D7B8D">
        <w:rPr>
          <w:rFonts w:ascii="BIZ UDゴシック" w:eastAsia="BIZ UDゴシック" w:hAnsi="BIZ UDゴシック" w:hint="eastAsia"/>
          <w:lang w:eastAsia="ja-JP"/>
        </w:rPr>
        <w:t>8</w:t>
      </w:r>
      <w:r w:rsidRPr="003D7B8D">
        <w:rPr>
          <w:rFonts w:ascii="BIZ UDゴシック" w:eastAsia="BIZ UDゴシック" w:hAnsi="BIZ UDゴシック"/>
          <w:lang w:eastAsia="zh-TW"/>
        </w:rPr>
        <w:t>条関係）</w:t>
      </w:r>
    </w:p>
    <w:p w14:paraId="30AA30AE" w14:textId="77777777" w:rsidR="005D534D" w:rsidRPr="000D031D" w:rsidRDefault="0044372A">
      <w:pPr>
        <w:spacing w:after="60"/>
        <w:jc w:val="right"/>
        <w:rPr>
          <w:rFonts w:ascii="BIZ UDゴシック" w:eastAsia="BIZ UDゴシック" w:hAnsi="BIZ UDゴシック"/>
          <w:lang w:eastAsia="zh-TW"/>
        </w:rPr>
      </w:pPr>
      <w:r w:rsidRPr="000D031D">
        <w:rPr>
          <w:rFonts w:ascii="BIZ UDゴシック" w:eastAsia="BIZ UDゴシック" w:hAnsi="BIZ UDゴシック"/>
          <w:lang w:eastAsia="zh-TW"/>
        </w:rPr>
        <w:t>年　　月　　日</w:t>
      </w:r>
    </w:p>
    <w:p w14:paraId="0C1A57CF" w14:textId="77777777" w:rsidR="005D534D" w:rsidRPr="000D031D" w:rsidRDefault="0044372A">
      <w:pPr>
        <w:spacing w:after="80"/>
        <w:rPr>
          <w:rFonts w:ascii="BIZ UDゴシック" w:eastAsia="BIZ UDゴシック" w:hAnsi="BIZ UDゴシック"/>
          <w:lang w:eastAsia="ja-JP"/>
        </w:rPr>
      </w:pPr>
      <w:r w:rsidRPr="000D031D">
        <w:rPr>
          <w:rFonts w:ascii="BIZ UDゴシック" w:eastAsia="BIZ UDゴシック" w:hAnsi="BIZ UDゴシック"/>
          <w:lang w:eastAsia="ja-JP"/>
        </w:rPr>
        <w:t>半田市長　様</w:t>
      </w:r>
    </w:p>
    <w:p w14:paraId="562598A2" w14:textId="74D5413C" w:rsidR="009D500D" w:rsidRPr="000D031D" w:rsidRDefault="009D500D" w:rsidP="000C05F8">
      <w:pPr>
        <w:spacing w:line="240" w:lineRule="atLeast"/>
        <w:ind w:leftChars="1358" w:left="3259"/>
        <w:rPr>
          <w:rFonts w:ascii="BIZ UDゴシック" w:eastAsia="BIZ UDゴシック" w:hAnsi="BIZ UDゴシック"/>
          <w:lang w:eastAsia="ja-JP"/>
        </w:rPr>
      </w:pPr>
      <w:r w:rsidRPr="000D031D">
        <w:rPr>
          <w:rFonts w:ascii="BIZ UDゴシック" w:eastAsia="BIZ UDゴシック" w:hAnsi="BIZ UDゴシック" w:hint="eastAsia"/>
          <w:lang w:eastAsia="ja-JP"/>
        </w:rPr>
        <w:t>住所又は所在地：</w:t>
      </w:r>
    </w:p>
    <w:p w14:paraId="7B5D6A85" w14:textId="6D5D0BA5" w:rsidR="009D500D" w:rsidRPr="000D031D" w:rsidRDefault="009D500D" w:rsidP="000C05F8">
      <w:pPr>
        <w:spacing w:line="240" w:lineRule="atLeast"/>
        <w:ind w:leftChars="1358" w:left="3259"/>
        <w:rPr>
          <w:rFonts w:ascii="BIZ UDゴシック" w:eastAsia="BIZ UDゴシック" w:hAnsi="BIZ UDゴシック"/>
          <w:lang w:eastAsia="ja-JP"/>
        </w:rPr>
      </w:pPr>
      <w:r w:rsidRPr="000D031D">
        <w:rPr>
          <w:rFonts w:ascii="BIZ UDゴシック" w:eastAsia="BIZ UDゴシック" w:hAnsi="BIZ UDゴシック" w:hint="eastAsia"/>
          <w:lang w:eastAsia="ja-JP"/>
        </w:rPr>
        <w:t>市内事務所・事業所所在地</w:t>
      </w:r>
      <w:r w:rsidR="000F4665" w:rsidRPr="000D031D">
        <w:rPr>
          <w:rFonts w:ascii="BIZ UDゴシック" w:eastAsia="BIZ UDゴシック" w:hAnsi="BIZ UDゴシック" w:hint="eastAsia"/>
          <w:lang w:eastAsia="ja-JP"/>
        </w:rPr>
        <w:t>（該当する場合）</w:t>
      </w:r>
      <w:r w:rsidRPr="000D031D">
        <w:rPr>
          <w:rFonts w:ascii="BIZ UDゴシック" w:eastAsia="BIZ UDゴシック" w:hAnsi="BIZ UDゴシック" w:hint="eastAsia"/>
          <w:lang w:eastAsia="ja-JP"/>
        </w:rPr>
        <w:t>：</w:t>
      </w:r>
    </w:p>
    <w:p w14:paraId="0100CB62" w14:textId="77777777" w:rsidR="000F4665" w:rsidRPr="000D031D" w:rsidRDefault="000F4665" w:rsidP="000C05F8">
      <w:pPr>
        <w:spacing w:line="240" w:lineRule="atLeast"/>
        <w:ind w:leftChars="1358" w:left="3259"/>
        <w:rPr>
          <w:rFonts w:ascii="BIZ UDゴシック" w:eastAsia="BIZ UDゴシック" w:hAnsi="BIZ UDゴシック"/>
          <w:lang w:eastAsia="ja-JP"/>
        </w:rPr>
      </w:pPr>
    </w:p>
    <w:p w14:paraId="49CC7131" w14:textId="2F4D086A" w:rsidR="009D500D" w:rsidRPr="000D031D" w:rsidRDefault="009D500D" w:rsidP="000C05F8">
      <w:pPr>
        <w:spacing w:line="240" w:lineRule="atLeast"/>
        <w:ind w:leftChars="1358" w:left="3259"/>
        <w:rPr>
          <w:rFonts w:ascii="BIZ UDゴシック" w:eastAsia="BIZ UDゴシック" w:hAnsi="BIZ UDゴシック"/>
          <w:lang w:eastAsia="ja-JP"/>
        </w:rPr>
      </w:pPr>
      <w:r w:rsidRPr="000D031D">
        <w:rPr>
          <w:rFonts w:ascii="BIZ UDゴシック" w:eastAsia="BIZ UDゴシック" w:hAnsi="BIZ UDゴシック" w:hint="eastAsia"/>
          <w:lang w:eastAsia="ja-JP"/>
        </w:rPr>
        <w:t>氏名又は団体名：</w:t>
      </w:r>
    </w:p>
    <w:p w14:paraId="431F4ED3" w14:textId="6939CE81" w:rsidR="009D500D" w:rsidRPr="000D031D" w:rsidRDefault="009D500D" w:rsidP="000C05F8">
      <w:pPr>
        <w:spacing w:line="240" w:lineRule="atLeast"/>
        <w:ind w:leftChars="1358" w:left="3259"/>
        <w:rPr>
          <w:rFonts w:ascii="BIZ UDゴシック" w:eastAsia="BIZ UDゴシック" w:hAnsi="BIZ UDゴシック"/>
          <w:lang w:eastAsia="ja-JP"/>
        </w:rPr>
      </w:pPr>
      <w:r w:rsidRPr="000D031D">
        <w:rPr>
          <w:rFonts w:ascii="BIZ UDゴシック" w:eastAsia="BIZ UDゴシック" w:hAnsi="BIZ UDゴシック" w:hint="eastAsia"/>
          <w:lang w:eastAsia="ja-JP"/>
        </w:rPr>
        <w:t>適格請求書発行事業者登録番号</w:t>
      </w:r>
      <w:r w:rsidR="000F4665" w:rsidRPr="000D031D">
        <w:rPr>
          <w:rFonts w:ascii="BIZ UDゴシック" w:eastAsia="BIZ UDゴシック" w:hAnsi="BIZ UDゴシック" w:hint="eastAsia"/>
          <w:lang w:eastAsia="ja-JP"/>
        </w:rPr>
        <w:t>（個人事業者のみ）</w:t>
      </w:r>
      <w:r w:rsidRPr="000D031D">
        <w:rPr>
          <w:rFonts w:ascii="BIZ UDゴシック" w:eastAsia="BIZ UDゴシック" w:hAnsi="BIZ UDゴシック" w:hint="eastAsia"/>
          <w:lang w:eastAsia="ja-JP"/>
        </w:rPr>
        <w:t>：</w:t>
      </w:r>
    </w:p>
    <w:p w14:paraId="0ACDB582" w14:textId="77777777" w:rsidR="000F4665" w:rsidRPr="000D031D" w:rsidRDefault="000F4665" w:rsidP="000C05F8">
      <w:pPr>
        <w:spacing w:line="240" w:lineRule="atLeast"/>
        <w:ind w:leftChars="1358" w:left="3259"/>
        <w:rPr>
          <w:rFonts w:ascii="BIZ UDゴシック" w:eastAsia="BIZ UDゴシック" w:hAnsi="BIZ UDゴシック"/>
          <w:lang w:eastAsia="ja-JP"/>
        </w:rPr>
      </w:pPr>
    </w:p>
    <w:p w14:paraId="231FCF51" w14:textId="3773B05E" w:rsidR="009D500D" w:rsidRPr="000D031D" w:rsidRDefault="009D500D" w:rsidP="000C05F8">
      <w:pPr>
        <w:spacing w:line="240" w:lineRule="atLeast"/>
        <w:ind w:leftChars="1358" w:left="3259"/>
        <w:rPr>
          <w:rFonts w:ascii="BIZ UDゴシック" w:eastAsia="BIZ UDゴシック" w:hAnsi="BIZ UDゴシック"/>
          <w:lang w:eastAsia="ja-JP"/>
        </w:rPr>
      </w:pPr>
      <w:r w:rsidRPr="000D031D">
        <w:rPr>
          <w:rFonts w:ascii="BIZ UDゴシック" w:eastAsia="BIZ UDゴシック" w:hAnsi="BIZ UDゴシック" w:hint="eastAsia"/>
          <w:lang w:eastAsia="ja-JP"/>
        </w:rPr>
        <w:t>代表者の職・氏名：</w:t>
      </w:r>
    </w:p>
    <w:p w14:paraId="4A1EB73C" w14:textId="611DF2B5" w:rsidR="005D534D" w:rsidRPr="000D031D" w:rsidRDefault="009D500D" w:rsidP="000C05F8">
      <w:pPr>
        <w:spacing w:line="240" w:lineRule="atLeast"/>
        <w:ind w:leftChars="1358" w:left="3259" w:firstLineChars="500" w:firstLine="1200"/>
        <w:rPr>
          <w:rFonts w:ascii="BIZ UDゴシック" w:eastAsia="BIZ UDゴシック" w:hAnsi="BIZ UDゴシック"/>
          <w:lang w:eastAsia="ja-JP"/>
        </w:rPr>
      </w:pPr>
      <w:r w:rsidRPr="000D031D">
        <w:rPr>
          <w:rFonts w:ascii="BIZ UDゴシック" w:eastAsia="BIZ UDゴシック" w:hAnsi="BIZ UDゴシック" w:hint="eastAsia"/>
          <w:lang w:eastAsia="ja-JP"/>
        </w:rPr>
        <w:t>連絡先：</w:t>
      </w:r>
    </w:p>
    <w:p w14:paraId="0DF63A91" w14:textId="77777777" w:rsidR="009D500D" w:rsidRPr="000D031D" w:rsidRDefault="009D500D" w:rsidP="009D1828">
      <w:pPr>
        <w:spacing w:line="240" w:lineRule="atLeast"/>
        <w:ind w:leftChars="1552" w:left="3725"/>
        <w:rPr>
          <w:rFonts w:ascii="BIZ UDゴシック" w:eastAsia="BIZ UDゴシック" w:hAnsi="BIZ UDゴシック"/>
          <w:lang w:eastAsia="ja-JP"/>
        </w:rPr>
      </w:pPr>
    </w:p>
    <w:p w14:paraId="176858A2" w14:textId="77777777" w:rsidR="005D534D" w:rsidRPr="000D031D" w:rsidRDefault="0044372A">
      <w:pPr>
        <w:spacing w:before="100" w:after="100"/>
        <w:jc w:val="center"/>
        <w:rPr>
          <w:rFonts w:ascii="BIZ UDゴシック" w:eastAsia="BIZ UDゴシック" w:hAnsi="BIZ UDゴシック"/>
          <w:lang w:eastAsia="ja-JP"/>
        </w:rPr>
      </w:pPr>
      <w:r w:rsidRPr="000D031D">
        <w:rPr>
          <w:rFonts w:ascii="BIZ UDゴシック" w:eastAsia="BIZ UDゴシック" w:hAnsi="BIZ UDゴシック"/>
          <w:b/>
          <w:lang w:eastAsia="ja-JP"/>
        </w:rPr>
        <w:t>半田市デジタル技術実証サポート事業補助金交付申請書</w:t>
      </w:r>
    </w:p>
    <w:p w14:paraId="191CFE8B" w14:textId="17A4EBC1" w:rsidR="005D534D" w:rsidRPr="000D031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半田市デジタル技術実証サポート事業補助金交付要綱第</w:t>
      </w:r>
      <w:r w:rsidR="001B1E02">
        <w:rPr>
          <w:rFonts w:ascii="BIZ UDゴシック" w:eastAsia="BIZ UDゴシック" w:hAnsi="BIZ UDゴシック" w:hint="eastAsia"/>
          <w:lang w:eastAsia="ja-JP"/>
        </w:rPr>
        <w:t>8</w:t>
      </w:r>
      <w:r w:rsidRPr="000D031D">
        <w:rPr>
          <w:rFonts w:ascii="BIZ UDゴシック" w:eastAsia="BIZ UDゴシック" w:hAnsi="BIZ UDゴシック"/>
          <w:lang w:eastAsia="ja-JP"/>
        </w:rPr>
        <w:t>条の規定により、関係書類を添えて、下記のとおり申請します。</w:t>
      </w:r>
    </w:p>
    <w:p w14:paraId="085DDD1C" w14:textId="77777777" w:rsidR="005D534D" w:rsidRPr="000D031D" w:rsidRDefault="0044372A">
      <w:pPr>
        <w:spacing w:after="80"/>
        <w:jc w:val="center"/>
        <w:rPr>
          <w:rFonts w:ascii="BIZ UDゴシック" w:eastAsia="BIZ UDゴシック" w:hAnsi="BIZ UDゴシック"/>
        </w:rPr>
      </w:pPr>
      <w:r w:rsidRPr="000D031D">
        <w:rPr>
          <w:rFonts w:ascii="BIZ UDゴシック" w:eastAsia="BIZ UDゴシック" w:hAnsi="BIZ UDゴシック"/>
        </w:rPr>
        <w:t>記</w:t>
      </w:r>
    </w:p>
    <w:tbl>
      <w:tblPr>
        <w:tblStyle w:val="afe"/>
        <w:tblW w:w="8926" w:type="dxa"/>
        <w:jc w:val="center"/>
        <w:tblLayout w:type="fixed"/>
        <w:tblLook w:val="04A0" w:firstRow="1" w:lastRow="0" w:firstColumn="1" w:lastColumn="0" w:noHBand="0" w:noVBand="1"/>
      </w:tblPr>
      <w:tblGrid>
        <w:gridCol w:w="2972"/>
        <w:gridCol w:w="5954"/>
      </w:tblGrid>
      <w:tr w:rsidR="005D534D" w:rsidRPr="000D031D" w14:paraId="535F126C" w14:textId="77777777" w:rsidTr="009D1828">
        <w:trPr>
          <w:jc w:val="center"/>
        </w:trPr>
        <w:tc>
          <w:tcPr>
            <w:tcW w:w="2972" w:type="dxa"/>
            <w:tcMar>
              <w:top w:w="100" w:type="dxa"/>
              <w:left w:w="100" w:type="dxa"/>
              <w:bottom w:w="100" w:type="dxa"/>
              <w:right w:w="100" w:type="dxa"/>
            </w:tcMar>
            <w:vAlign w:val="center"/>
          </w:tcPr>
          <w:p w14:paraId="13F84102" w14:textId="77777777" w:rsidR="005D534D" w:rsidRPr="000D031D" w:rsidRDefault="0044372A">
            <w:pPr>
              <w:spacing w:line="320" w:lineRule="exact"/>
              <w:rPr>
                <w:rFonts w:ascii="BIZ UDゴシック" w:eastAsia="BIZ UDゴシック" w:hAnsi="BIZ UDゴシック"/>
              </w:rPr>
            </w:pPr>
            <w:r w:rsidRPr="000D031D">
              <w:rPr>
                <w:rFonts w:ascii="BIZ UDゴシック" w:eastAsia="BIZ UDゴシック" w:hAnsi="BIZ UDゴシック"/>
                <w:sz w:val="19"/>
              </w:rPr>
              <w:t>1　補助事業名</w:t>
            </w:r>
          </w:p>
        </w:tc>
        <w:tc>
          <w:tcPr>
            <w:tcW w:w="5954" w:type="dxa"/>
            <w:tcMar>
              <w:top w:w="100" w:type="dxa"/>
              <w:left w:w="100" w:type="dxa"/>
              <w:bottom w:w="100" w:type="dxa"/>
              <w:right w:w="100" w:type="dxa"/>
            </w:tcMar>
            <w:vAlign w:val="center"/>
          </w:tcPr>
          <w:p w14:paraId="35E2A84B" w14:textId="77777777" w:rsidR="005D534D" w:rsidRPr="000D031D" w:rsidRDefault="005D534D" w:rsidP="009D1828">
            <w:pPr>
              <w:spacing w:line="320" w:lineRule="exact"/>
              <w:ind w:leftChars="155" w:left="372"/>
              <w:rPr>
                <w:rFonts w:ascii="BIZ UDゴシック" w:eastAsia="BIZ UDゴシック" w:hAnsi="BIZ UDゴシック"/>
              </w:rPr>
            </w:pPr>
          </w:p>
        </w:tc>
      </w:tr>
      <w:tr w:rsidR="005D534D" w:rsidRPr="000D031D" w14:paraId="411314C4" w14:textId="77777777" w:rsidTr="009D1828">
        <w:trPr>
          <w:jc w:val="center"/>
        </w:trPr>
        <w:tc>
          <w:tcPr>
            <w:tcW w:w="2972" w:type="dxa"/>
            <w:tcMar>
              <w:top w:w="100" w:type="dxa"/>
              <w:left w:w="100" w:type="dxa"/>
              <w:bottom w:w="100" w:type="dxa"/>
              <w:right w:w="100" w:type="dxa"/>
            </w:tcMar>
            <w:vAlign w:val="center"/>
          </w:tcPr>
          <w:p w14:paraId="01529686"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2　補助事業の実施期間</w:t>
            </w:r>
          </w:p>
        </w:tc>
        <w:tc>
          <w:tcPr>
            <w:tcW w:w="5954" w:type="dxa"/>
            <w:tcMar>
              <w:top w:w="100" w:type="dxa"/>
              <w:left w:w="100" w:type="dxa"/>
              <w:bottom w:w="100" w:type="dxa"/>
              <w:right w:w="100" w:type="dxa"/>
            </w:tcMar>
            <w:vAlign w:val="center"/>
          </w:tcPr>
          <w:p w14:paraId="58654BA0" w14:textId="77777777" w:rsidR="005D534D" w:rsidRPr="000D031D" w:rsidRDefault="0044372A" w:rsidP="009D1828">
            <w:pPr>
              <w:spacing w:line="320" w:lineRule="exact"/>
              <w:ind w:leftChars="155" w:left="372"/>
              <w:rPr>
                <w:rFonts w:ascii="BIZ UDゴシック" w:eastAsia="BIZ UDゴシック" w:hAnsi="BIZ UDゴシック"/>
                <w:lang w:eastAsia="ja-JP"/>
              </w:rPr>
            </w:pPr>
            <w:r w:rsidRPr="000D031D">
              <w:rPr>
                <w:rFonts w:ascii="BIZ UDゴシック" w:eastAsia="BIZ UDゴシック" w:hAnsi="BIZ UDゴシック"/>
                <w:sz w:val="19"/>
                <w:lang w:eastAsia="ja-JP"/>
              </w:rPr>
              <w:t>令和　　年　　月　　日から令和　　年　　月　　日まで</w:t>
            </w:r>
          </w:p>
        </w:tc>
      </w:tr>
      <w:tr w:rsidR="005D534D" w:rsidRPr="000D031D" w14:paraId="6F2F608F" w14:textId="77777777" w:rsidTr="009D1828">
        <w:trPr>
          <w:jc w:val="center"/>
        </w:trPr>
        <w:tc>
          <w:tcPr>
            <w:tcW w:w="2972" w:type="dxa"/>
            <w:tcMar>
              <w:top w:w="100" w:type="dxa"/>
              <w:left w:w="100" w:type="dxa"/>
              <w:bottom w:w="100" w:type="dxa"/>
              <w:right w:w="100" w:type="dxa"/>
            </w:tcMar>
            <w:vAlign w:val="center"/>
          </w:tcPr>
          <w:p w14:paraId="141067C4" w14:textId="77777777" w:rsidR="005D534D" w:rsidRPr="000D031D" w:rsidRDefault="0044372A">
            <w:pPr>
              <w:spacing w:line="320" w:lineRule="exact"/>
              <w:rPr>
                <w:rFonts w:ascii="BIZ UDゴシック" w:eastAsia="BIZ UDゴシック" w:hAnsi="BIZ UDゴシック"/>
              </w:rPr>
            </w:pPr>
            <w:r w:rsidRPr="000D031D">
              <w:rPr>
                <w:rFonts w:ascii="BIZ UDゴシック" w:eastAsia="BIZ UDゴシック" w:hAnsi="BIZ UDゴシック"/>
                <w:sz w:val="19"/>
              </w:rPr>
              <w:t>3　補助対象経費</w:t>
            </w:r>
          </w:p>
        </w:tc>
        <w:tc>
          <w:tcPr>
            <w:tcW w:w="5954" w:type="dxa"/>
            <w:tcMar>
              <w:top w:w="100" w:type="dxa"/>
              <w:left w:w="100" w:type="dxa"/>
              <w:bottom w:w="100" w:type="dxa"/>
              <w:right w:w="100" w:type="dxa"/>
            </w:tcMar>
            <w:vAlign w:val="center"/>
          </w:tcPr>
          <w:p w14:paraId="54698565" w14:textId="77777777" w:rsidR="005D534D" w:rsidRPr="000D031D" w:rsidRDefault="0044372A" w:rsidP="009D1828">
            <w:pPr>
              <w:spacing w:line="320" w:lineRule="exact"/>
              <w:ind w:leftChars="155" w:left="372"/>
              <w:rPr>
                <w:rFonts w:ascii="BIZ UDゴシック" w:eastAsia="BIZ UDゴシック" w:hAnsi="BIZ UDゴシック"/>
              </w:rPr>
            </w:pPr>
            <w:r w:rsidRPr="000D031D">
              <w:rPr>
                <w:rFonts w:ascii="BIZ UDゴシック" w:eastAsia="BIZ UDゴシック" w:hAnsi="BIZ UDゴシック"/>
                <w:sz w:val="19"/>
              </w:rPr>
              <w:t>金　　　　　　　　　円</w:t>
            </w:r>
          </w:p>
        </w:tc>
      </w:tr>
      <w:tr w:rsidR="005D534D" w:rsidRPr="000D031D" w14:paraId="037B92C3" w14:textId="77777777" w:rsidTr="009D1828">
        <w:trPr>
          <w:jc w:val="center"/>
        </w:trPr>
        <w:tc>
          <w:tcPr>
            <w:tcW w:w="2972" w:type="dxa"/>
            <w:tcMar>
              <w:top w:w="100" w:type="dxa"/>
              <w:left w:w="100" w:type="dxa"/>
              <w:bottom w:w="100" w:type="dxa"/>
              <w:right w:w="100" w:type="dxa"/>
            </w:tcMar>
            <w:vAlign w:val="center"/>
          </w:tcPr>
          <w:p w14:paraId="07984B3C" w14:textId="77777777" w:rsidR="005D534D" w:rsidRPr="000D031D" w:rsidRDefault="0044372A">
            <w:pPr>
              <w:spacing w:line="320" w:lineRule="exact"/>
              <w:rPr>
                <w:rFonts w:ascii="BIZ UDゴシック" w:eastAsia="BIZ UDゴシック" w:hAnsi="BIZ UDゴシック"/>
              </w:rPr>
            </w:pPr>
            <w:r w:rsidRPr="000D031D">
              <w:rPr>
                <w:rFonts w:ascii="BIZ UDゴシック" w:eastAsia="BIZ UDゴシック" w:hAnsi="BIZ UDゴシック"/>
                <w:sz w:val="19"/>
              </w:rPr>
              <w:t>4　補助金交付申請額</w:t>
            </w:r>
          </w:p>
        </w:tc>
        <w:tc>
          <w:tcPr>
            <w:tcW w:w="5954" w:type="dxa"/>
            <w:tcMar>
              <w:top w:w="100" w:type="dxa"/>
              <w:left w:w="100" w:type="dxa"/>
              <w:bottom w:w="100" w:type="dxa"/>
              <w:right w:w="100" w:type="dxa"/>
            </w:tcMar>
            <w:vAlign w:val="center"/>
          </w:tcPr>
          <w:p w14:paraId="788AE4E1" w14:textId="77777777" w:rsidR="005D534D" w:rsidRPr="000D031D" w:rsidRDefault="0044372A" w:rsidP="009D1828">
            <w:pPr>
              <w:spacing w:line="320" w:lineRule="exact"/>
              <w:ind w:leftChars="155" w:left="372"/>
              <w:rPr>
                <w:rFonts w:ascii="BIZ UDゴシック" w:eastAsia="BIZ UDゴシック" w:hAnsi="BIZ UDゴシック"/>
              </w:rPr>
            </w:pPr>
            <w:r w:rsidRPr="000D031D">
              <w:rPr>
                <w:rFonts w:ascii="BIZ UDゴシック" w:eastAsia="BIZ UDゴシック" w:hAnsi="BIZ UDゴシック"/>
                <w:sz w:val="19"/>
              </w:rPr>
              <w:t>金　　　　　　　　　円</w:t>
            </w:r>
          </w:p>
        </w:tc>
      </w:tr>
      <w:tr w:rsidR="005D534D" w:rsidRPr="000D031D" w14:paraId="193B958B" w14:textId="77777777" w:rsidTr="009D1828">
        <w:trPr>
          <w:jc w:val="center"/>
        </w:trPr>
        <w:tc>
          <w:tcPr>
            <w:tcW w:w="2972" w:type="dxa"/>
            <w:tcMar>
              <w:top w:w="100" w:type="dxa"/>
              <w:left w:w="100" w:type="dxa"/>
              <w:bottom w:w="100" w:type="dxa"/>
              <w:right w:w="100" w:type="dxa"/>
            </w:tcMar>
            <w:vAlign w:val="center"/>
          </w:tcPr>
          <w:p w14:paraId="36BA029B" w14:textId="1BFB6EE0"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5　他の補助金等の申請</w:t>
            </w:r>
            <w:r w:rsidR="00E676DE">
              <w:rPr>
                <w:rFonts w:ascii="BIZ UDゴシック" w:eastAsia="BIZ UDゴシック" w:hAnsi="BIZ UDゴシック" w:hint="eastAsia"/>
                <w:sz w:val="19"/>
                <w:lang w:eastAsia="ja-JP"/>
              </w:rPr>
              <w:t>等</w:t>
            </w:r>
          </w:p>
        </w:tc>
        <w:tc>
          <w:tcPr>
            <w:tcW w:w="5954" w:type="dxa"/>
            <w:tcMar>
              <w:top w:w="100" w:type="dxa"/>
              <w:left w:w="100" w:type="dxa"/>
              <w:bottom w:w="100" w:type="dxa"/>
              <w:right w:w="100" w:type="dxa"/>
            </w:tcMar>
            <w:vAlign w:val="center"/>
          </w:tcPr>
          <w:p w14:paraId="778F54F2" w14:textId="77777777" w:rsidR="00E676DE" w:rsidRDefault="00E676DE" w:rsidP="00E676DE">
            <w:pPr>
              <w:spacing w:line="320" w:lineRule="exact"/>
              <w:ind w:leftChars="155" w:left="372" w:firstLine="1"/>
              <w:rPr>
                <w:rFonts w:ascii="BIZ UDゴシック" w:eastAsia="BIZ UDゴシック" w:hAnsi="BIZ UDゴシック"/>
                <w:sz w:val="19"/>
                <w:lang w:eastAsia="ja-JP"/>
              </w:rPr>
            </w:pPr>
            <w:r>
              <w:rPr>
                <w:rFonts w:ascii="BIZ UDゴシック" w:eastAsia="BIZ UDゴシック" w:hAnsi="BIZ UDゴシック" w:hint="eastAsia"/>
                <w:sz w:val="19"/>
                <w:lang w:eastAsia="ja-JP"/>
              </w:rPr>
              <w:t>有</w:t>
            </w:r>
            <w:r w:rsidRPr="000D031D">
              <w:rPr>
                <w:rFonts w:ascii="BIZ UDゴシック" w:eastAsia="BIZ UDゴシック" w:hAnsi="BIZ UDゴシック" w:hint="eastAsia"/>
                <w:sz w:val="19"/>
                <w:lang w:eastAsia="ja-JP"/>
              </w:rPr>
              <w:t xml:space="preserve">　・　無</w:t>
            </w:r>
          </w:p>
          <w:p w14:paraId="1902BDE4" w14:textId="50BAC50B" w:rsidR="005D534D" w:rsidRPr="000D031D" w:rsidRDefault="00E676DE" w:rsidP="00E676DE">
            <w:pPr>
              <w:spacing w:line="320" w:lineRule="exact"/>
              <w:ind w:leftChars="155" w:left="372" w:firstLine="1"/>
              <w:rPr>
                <w:rFonts w:ascii="BIZ UDゴシック" w:eastAsia="BIZ UDゴシック" w:hAnsi="BIZ UDゴシック"/>
                <w:lang w:eastAsia="ja-JP"/>
              </w:rPr>
            </w:pPr>
            <w:r>
              <w:rPr>
                <w:rFonts w:ascii="BIZ UDゴシック" w:eastAsia="BIZ UDゴシック" w:hAnsi="BIZ UDゴシック" w:hint="eastAsia"/>
                <w:sz w:val="19"/>
                <w:lang w:eastAsia="ja-JP"/>
              </w:rPr>
              <w:t>※有の場合は、交付主体、補助金名、申請状況、対象経費、申請額又は決定額がわかる資料を添付してください。</w:t>
            </w:r>
          </w:p>
        </w:tc>
      </w:tr>
    </w:tbl>
    <w:p w14:paraId="1DE4B470" w14:textId="77777777" w:rsidR="005D534D" w:rsidRPr="000D031D" w:rsidRDefault="0044372A">
      <w:pPr>
        <w:spacing w:before="100"/>
        <w:rPr>
          <w:rFonts w:ascii="BIZ UDゴシック" w:eastAsia="BIZ UDゴシック" w:hAnsi="BIZ UDゴシック"/>
          <w:lang w:eastAsia="zh-TW"/>
        </w:rPr>
      </w:pPr>
      <w:r w:rsidRPr="000D031D">
        <w:rPr>
          <w:rFonts w:ascii="BIZ UDゴシック" w:eastAsia="BIZ UDゴシック" w:hAnsi="BIZ UDゴシック"/>
          <w:b/>
          <w:lang w:eastAsia="zh-TW"/>
        </w:rPr>
        <w:t>添付書類</w:t>
      </w:r>
    </w:p>
    <w:p w14:paraId="69EAF657" w14:textId="11EC5BA2" w:rsidR="005D534D" w:rsidRPr="000C05F8" w:rsidRDefault="0044372A">
      <w:pPr>
        <w:spacing w:line="320" w:lineRule="exact"/>
        <w:ind w:left="227"/>
        <w:rPr>
          <w:rFonts w:ascii="BIZ UDゴシック" w:eastAsia="BIZ UDゴシック" w:hAnsi="BIZ UDゴシック"/>
          <w:sz w:val="21"/>
          <w:szCs w:val="21"/>
          <w:lang w:eastAsia="zh-TW"/>
        </w:rPr>
      </w:pPr>
      <w:r w:rsidRPr="000C05F8">
        <w:rPr>
          <w:rFonts w:ascii="BIZ UDゴシック" w:eastAsia="BIZ UDゴシック" w:hAnsi="BIZ UDゴシック"/>
          <w:sz w:val="21"/>
          <w:szCs w:val="21"/>
          <w:lang w:eastAsia="zh-TW"/>
        </w:rPr>
        <w:t xml:space="preserve">□　</w:t>
      </w:r>
      <w:r w:rsidR="00267EAC" w:rsidRPr="000C05F8">
        <w:rPr>
          <w:rFonts w:ascii="BIZ UDゴシック" w:eastAsia="BIZ UDゴシック" w:hAnsi="BIZ UDゴシック" w:hint="eastAsia"/>
          <w:sz w:val="21"/>
          <w:szCs w:val="21"/>
          <w:lang w:eastAsia="ja-JP"/>
        </w:rPr>
        <w:t>補助</w:t>
      </w:r>
      <w:r w:rsidRPr="000C05F8">
        <w:rPr>
          <w:rFonts w:ascii="BIZ UDゴシック" w:eastAsia="BIZ UDゴシック" w:hAnsi="BIZ UDゴシック"/>
          <w:sz w:val="21"/>
          <w:szCs w:val="21"/>
          <w:lang w:eastAsia="zh-TW"/>
        </w:rPr>
        <w:t>事業計画書</w:t>
      </w:r>
    </w:p>
    <w:p w14:paraId="75F956A5" w14:textId="77777777" w:rsidR="005D534D" w:rsidRPr="000C05F8" w:rsidRDefault="0044372A">
      <w:pPr>
        <w:spacing w:line="320" w:lineRule="exact"/>
        <w:ind w:left="227"/>
        <w:rPr>
          <w:rFonts w:ascii="BIZ UDゴシック" w:eastAsia="BIZ UDゴシック" w:hAnsi="BIZ UDゴシック"/>
          <w:sz w:val="21"/>
          <w:szCs w:val="21"/>
          <w:lang w:eastAsia="ja-JP"/>
        </w:rPr>
      </w:pPr>
      <w:r w:rsidRPr="000C05F8">
        <w:rPr>
          <w:rFonts w:ascii="BIZ UDゴシック" w:eastAsia="BIZ UDゴシック" w:hAnsi="BIZ UDゴシック"/>
          <w:sz w:val="21"/>
          <w:szCs w:val="21"/>
          <w:lang w:eastAsia="ja-JP"/>
        </w:rPr>
        <w:t>□　収支予算書</w:t>
      </w:r>
    </w:p>
    <w:p w14:paraId="3D06600D" w14:textId="0812663E" w:rsidR="00101B69" w:rsidRPr="000C05F8" w:rsidRDefault="00101B69" w:rsidP="00AA16E5">
      <w:pPr>
        <w:spacing w:line="320" w:lineRule="exact"/>
        <w:ind w:leftChars="105" w:left="674" w:hangingChars="201" w:hanging="422"/>
        <w:rPr>
          <w:rFonts w:ascii="BIZ UDゴシック" w:eastAsia="BIZ UDゴシック" w:hAnsi="BIZ UDゴシック"/>
          <w:sz w:val="21"/>
          <w:szCs w:val="21"/>
          <w:lang w:eastAsia="ja-JP"/>
        </w:rPr>
      </w:pPr>
      <w:r w:rsidRPr="000C05F8">
        <w:rPr>
          <w:rFonts w:ascii="BIZ UDゴシック" w:eastAsia="BIZ UDゴシック" w:hAnsi="BIZ UDゴシック" w:hint="eastAsia"/>
          <w:sz w:val="21"/>
          <w:szCs w:val="21"/>
          <w:lang w:eastAsia="ja-JP"/>
        </w:rPr>
        <w:t xml:space="preserve">□　</w:t>
      </w:r>
      <w:r w:rsidR="000F4665" w:rsidRPr="000C05F8">
        <w:rPr>
          <w:rFonts w:ascii="BIZ UDゴシック" w:eastAsia="BIZ UDゴシック" w:hAnsi="BIZ UDゴシック"/>
          <w:sz w:val="21"/>
          <w:szCs w:val="21"/>
          <w:lang w:eastAsia="ja-JP"/>
        </w:rPr>
        <w:t>他の補助金等を申請中又は交付決定済みの場合、その交付主体、補助金等の名称、対象経費、申請額又は決定額が分かる資料</w:t>
      </w:r>
    </w:p>
    <w:p w14:paraId="137EFA09" w14:textId="77777777" w:rsidR="005D534D" w:rsidRPr="000C05F8" w:rsidRDefault="0044372A">
      <w:pPr>
        <w:spacing w:line="320" w:lineRule="exact"/>
        <w:ind w:left="227"/>
        <w:rPr>
          <w:rFonts w:ascii="BIZ UDゴシック" w:eastAsia="BIZ UDゴシック" w:hAnsi="BIZ UDゴシック"/>
          <w:sz w:val="21"/>
          <w:szCs w:val="21"/>
          <w:lang w:eastAsia="ja-JP"/>
        </w:rPr>
      </w:pPr>
      <w:r w:rsidRPr="000C05F8">
        <w:rPr>
          <w:rFonts w:ascii="BIZ UDゴシック" w:eastAsia="BIZ UDゴシック" w:hAnsi="BIZ UDゴシック"/>
          <w:sz w:val="21"/>
          <w:szCs w:val="21"/>
          <w:lang w:eastAsia="ja-JP"/>
        </w:rPr>
        <w:t>□　その他市長が必要と認める書類</w:t>
      </w:r>
    </w:p>
    <w:p w14:paraId="70C6E5D2" w14:textId="6E1355A2" w:rsidR="00E4348A" w:rsidRPr="000D031D" w:rsidRDefault="0044372A" w:rsidP="00E4348A">
      <w:pPr>
        <w:spacing w:before="100"/>
        <w:rPr>
          <w:rFonts w:ascii="BIZ UDゴシック" w:eastAsia="BIZ UDゴシック" w:hAnsi="BIZ UDゴシック"/>
          <w:sz w:val="19"/>
          <w:lang w:eastAsia="ja-JP"/>
        </w:rPr>
      </w:pPr>
      <w:r w:rsidRPr="000D031D">
        <w:rPr>
          <w:rFonts w:ascii="BIZ UDゴシック" w:eastAsia="BIZ UDゴシック" w:hAnsi="BIZ UDゴシック"/>
          <w:b/>
          <w:lang w:eastAsia="zh-TW"/>
        </w:rPr>
        <w:t>【</w:t>
      </w:r>
      <w:r w:rsidR="00E4348A" w:rsidRPr="000D031D">
        <w:rPr>
          <w:rFonts w:ascii="BIZ UDゴシック" w:eastAsia="BIZ UDゴシック" w:hAnsi="BIZ UDゴシック" w:hint="eastAsia"/>
          <w:b/>
          <w:lang w:eastAsia="zh-TW"/>
        </w:rPr>
        <w:t>誓約及び同意</w:t>
      </w:r>
      <w:r w:rsidRPr="000D031D">
        <w:rPr>
          <w:rFonts w:ascii="BIZ UDゴシック" w:eastAsia="BIZ UDゴシック" w:hAnsi="BIZ UDゴシック"/>
          <w:b/>
          <w:lang w:eastAsia="zh-TW"/>
        </w:rPr>
        <w:t>】</w:t>
      </w:r>
    </w:p>
    <w:p w14:paraId="196BA8D2" w14:textId="77777777" w:rsidR="00E4348A" w:rsidRPr="000C05F8" w:rsidRDefault="00E4348A" w:rsidP="000C05F8">
      <w:pPr>
        <w:spacing w:line="220" w:lineRule="atLeast"/>
        <w:rPr>
          <w:rFonts w:ascii="BIZ UDゴシック" w:eastAsia="BIZ UDゴシック" w:hAnsi="BIZ UDゴシック"/>
          <w:sz w:val="21"/>
          <w:szCs w:val="21"/>
          <w:lang w:eastAsia="ja-JP"/>
        </w:rPr>
      </w:pPr>
      <w:r w:rsidRPr="000C05F8">
        <w:rPr>
          <w:rFonts w:ascii="BIZ UDゴシック" w:eastAsia="BIZ UDゴシック" w:hAnsi="BIZ UDゴシック" w:hint="eastAsia"/>
          <w:sz w:val="21"/>
          <w:szCs w:val="21"/>
          <w:lang w:eastAsia="ja-JP"/>
        </w:rPr>
        <w:t xml:space="preserve">　私は、補助金の交付申請に当たり、次の事項を誓約し、及び同意します。</w:t>
      </w:r>
    </w:p>
    <w:p w14:paraId="4B69FD04" w14:textId="76C909B4" w:rsidR="00E4348A" w:rsidRPr="000C05F8" w:rsidRDefault="00E4348A" w:rsidP="000C05F8">
      <w:pPr>
        <w:spacing w:line="220" w:lineRule="atLeast"/>
        <w:ind w:leftChars="100" w:left="565" w:hangingChars="155" w:hanging="325"/>
        <w:rPr>
          <w:rFonts w:ascii="BIZ UDゴシック" w:eastAsia="BIZ UDゴシック" w:hAnsi="BIZ UDゴシック"/>
          <w:sz w:val="21"/>
          <w:szCs w:val="21"/>
          <w:lang w:eastAsia="ja-JP"/>
        </w:rPr>
      </w:pPr>
      <w:r w:rsidRPr="000C05F8">
        <w:rPr>
          <w:rFonts w:ascii="BIZ UDゴシック" w:eastAsia="BIZ UDゴシック" w:hAnsi="BIZ UDゴシック"/>
          <w:sz w:val="21"/>
          <w:szCs w:val="21"/>
          <w:lang w:eastAsia="ja-JP"/>
        </w:rPr>
        <w:t>1　この申請書及び添付書類の記載内容に虚偽がないこと。</w:t>
      </w:r>
    </w:p>
    <w:p w14:paraId="68AF62BE" w14:textId="31255ECD" w:rsidR="00E4348A" w:rsidRPr="000C05F8" w:rsidRDefault="00E4348A" w:rsidP="004F331A">
      <w:pPr>
        <w:spacing w:line="220" w:lineRule="atLeast"/>
        <w:ind w:leftChars="100" w:left="565" w:hangingChars="155" w:hanging="325"/>
        <w:rPr>
          <w:rFonts w:ascii="BIZ UDゴシック" w:eastAsia="BIZ UDゴシック" w:hAnsi="BIZ UDゴシック"/>
          <w:sz w:val="21"/>
          <w:szCs w:val="21"/>
          <w:lang w:eastAsia="ja-JP"/>
        </w:rPr>
      </w:pPr>
      <w:r w:rsidRPr="000C05F8">
        <w:rPr>
          <w:rFonts w:ascii="BIZ UDゴシック" w:eastAsia="BIZ UDゴシック" w:hAnsi="BIZ UDゴシック"/>
          <w:sz w:val="21"/>
          <w:szCs w:val="21"/>
          <w:lang w:eastAsia="ja-JP"/>
        </w:rPr>
        <w:t>2　半田市デジタル技術実証サポート事業補助金交付要綱第4条第2項各号のいずれにも該当しないこと。</w:t>
      </w:r>
    </w:p>
    <w:p w14:paraId="673C8284" w14:textId="01B2A030" w:rsidR="00E4348A" w:rsidRPr="000C05F8" w:rsidRDefault="004F331A" w:rsidP="000C05F8">
      <w:pPr>
        <w:spacing w:line="220" w:lineRule="atLeast"/>
        <w:ind w:leftChars="100" w:left="565" w:hangingChars="155" w:hanging="325"/>
        <w:rPr>
          <w:rFonts w:ascii="BIZ UDゴシック" w:eastAsia="BIZ UDゴシック" w:hAnsi="BIZ UDゴシック"/>
          <w:sz w:val="21"/>
          <w:szCs w:val="21"/>
          <w:lang w:eastAsia="ja-JP"/>
        </w:rPr>
      </w:pPr>
      <w:r>
        <w:rPr>
          <w:rFonts w:ascii="BIZ UDゴシック" w:eastAsia="BIZ UDゴシック" w:hAnsi="BIZ UDゴシック"/>
          <w:sz w:val="21"/>
          <w:szCs w:val="21"/>
          <w:lang w:eastAsia="ja-JP"/>
        </w:rPr>
        <w:t>3</w:t>
      </w:r>
      <w:r w:rsidR="00E4348A" w:rsidRPr="000C05F8">
        <w:rPr>
          <w:rFonts w:ascii="BIZ UDゴシック" w:eastAsia="BIZ UDゴシック" w:hAnsi="BIZ UDゴシック"/>
          <w:sz w:val="21"/>
          <w:szCs w:val="21"/>
          <w:lang w:eastAsia="ja-JP"/>
        </w:rPr>
        <w:t xml:space="preserve">　補助金の交付審査その他この補助金に関する事務のため、市長が必要と認めるときは、申請者の市税</w:t>
      </w:r>
      <w:r>
        <w:rPr>
          <w:rFonts w:ascii="BIZ UDゴシック" w:eastAsia="BIZ UDゴシック" w:hAnsi="BIZ UDゴシック" w:hint="eastAsia"/>
          <w:sz w:val="21"/>
          <w:szCs w:val="21"/>
          <w:lang w:eastAsia="ja-JP"/>
        </w:rPr>
        <w:t>等</w:t>
      </w:r>
      <w:r w:rsidR="00E4348A" w:rsidRPr="000C05F8">
        <w:rPr>
          <w:rFonts w:ascii="BIZ UDゴシック" w:eastAsia="BIZ UDゴシック" w:hAnsi="BIZ UDゴシック"/>
          <w:sz w:val="21"/>
          <w:szCs w:val="21"/>
          <w:lang w:eastAsia="ja-JP"/>
        </w:rPr>
        <w:t>の納付状況について、市が保有する公簿等により調査することに同意すること。</w:t>
      </w:r>
    </w:p>
    <w:p w14:paraId="1767E16A" w14:textId="3CB81061" w:rsidR="00E4348A" w:rsidRPr="000C05F8" w:rsidRDefault="004F331A" w:rsidP="000C05F8">
      <w:pPr>
        <w:spacing w:line="220" w:lineRule="atLeast"/>
        <w:ind w:leftChars="100" w:left="565" w:hangingChars="155" w:hanging="325"/>
        <w:rPr>
          <w:rFonts w:ascii="BIZ UDゴシック" w:eastAsia="BIZ UDゴシック" w:hAnsi="BIZ UDゴシック"/>
          <w:sz w:val="21"/>
          <w:szCs w:val="21"/>
          <w:lang w:eastAsia="ja-JP"/>
        </w:rPr>
      </w:pPr>
      <w:r>
        <w:rPr>
          <w:rFonts w:ascii="BIZ UDゴシック" w:eastAsia="BIZ UDゴシック" w:hAnsi="BIZ UDゴシック"/>
          <w:sz w:val="21"/>
          <w:szCs w:val="21"/>
          <w:lang w:eastAsia="ja-JP"/>
        </w:rPr>
        <w:t>4</w:t>
      </w:r>
      <w:r w:rsidR="00E4348A" w:rsidRPr="000C05F8">
        <w:rPr>
          <w:rFonts w:ascii="BIZ UDゴシック" w:eastAsia="BIZ UDゴシック" w:hAnsi="BIZ UDゴシック"/>
          <w:sz w:val="21"/>
          <w:szCs w:val="21"/>
          <w:lang w:eastAsia="ja-JP"/>
        </w:rPr>
        <w:t xml:space="preserve">　誓約した内容に虚偽があった場合は、補助金の交付決定の取消しその他市長が行う措置に従うこと。</w:t>
      </w:r>
    </w:p>
    <w:p w14:paraId="073F62B9" w14:textId="77777777" w:rsidR="00E4348A" w:rsidRPr="000C05F8" w:rsidRDefault="00E4348A" w:rsidP="000C05F8">
      <w:pPr>
        <w:spacing w:line="220" w:lineRule="atLeast"/>
        <w:rPr>
          <w:rFonts w:ascii="BIZ UDゴシック" w:eastAsia="BIZ UDゴシック" w:hAnsi="BIZ UDゴシック"/>
          <w:sz w:val="21"/>
          <w:szCs w:val="21"/>
          <w:lang w:eastAsia="ja-JP"/>
        </w:rPr>
      </w:pPr>
    </w:p>
    <w:p w14:paraId="12979DC7" w14:textId="6FB317BE" w:rsidR="00E4348A" w:rsidRDefault="00E4348A" w:rsidP="000C05F8">
      <w:pPr>
        <w:spacing w:line="220" w:lineRule="atLeast"/>
        <w:rPr>
          <w:rFonts w:ascii="BIZ UDゴシック" w:eastAsia="BIZ UDゴシック" w:hAnsi="BIZ UDゴシック"/>
          <w:sz w:val="21"/>
          <w:szCs w:val="21"/>
          <w:lang w:eastAsia="ja-JP"/>
        </w:rPr>
      </w:pPr>
      <w:r w:rsidRPr="000C05F8">
        <w:rPr>
          <w:rFonts w:ascii="BIZ UDゴシック" w:eastAsia="BIZ UDゴシック" w:hAnsi="BIZ UDゴシック" w:hint="eastAsia"/>
          <w:sz w:val="21"/>
          <w:szCs w:val="21"/>
          <w:lang w:eastAsia="ja-JP"/>
        </w:rPr>
        <w:t>上記の内容について、誓約し、及び同意します。</w:t>
      </w:r>
    </w:p>
    <w:p w14:paraId="44A2BC53" w14:textId="77777777" w:rsidR="000C05F8" w:rsidRPr="000C05F8" w:rsidRDefault="000C05F8" w:rsidP="000C05F8">
      <w:pPr>
        <w:spacing w:line="220" w:lineRule="atLeast"/>
        <w:rPr>
          <w:rFonts w:ascii="BIZ UDゴシック" w:eastAsia="BIZ UDゴシック" w:hAnsi="BIZ UDゴシック"/>
          <w:sz w:val="21"/>
          <w:szCs w:val="21"/>
          <w:lang w:eastAsia="ja-JP"/>
        </w:rPr>
      </w:pPr>
    </w:p>
    <w:p w14:paraId="36750056" w14:textId="71FDD6AC" w:rsidR="005D534D" w:rsidRDefault="00E4348A" w:rsidP="000C05F8">
      <w:pPr>
        <w:spacing w:line="220" w:lineRule="atLeast"/>
        <w:ind w:firstLineChars="200" w:firstLine="420"/>
        <w:rPr>
          <w:rFonts w:ascii="BIZ UDゴシック" w:eastAsia="PMingLiU" w:hAnsi="BIZ UDゴシック"/>
          <w:sz w:val="21"/>
          <w:szCs w:val="21"/>
          <w:lang w:eastAsia="zh-TW"/>
        </w:rPr>
      </w:pPr>
      <w:r w:rsidRPr="000C05F8">
        <w:rPr>
          <w:rFonts w:ascii="BIZ UDゴシック" w:eastAsia="BIZ UDゴシック" w:hAnsi="BIZ UDゴシック" w:hint="eastAsia"/>
          <w:sz w:val="21"/>
          <w:szCs w:val="21"/>
          <w:lang w:eastAsia="zh-TW"/>
        </w:rPr>
        <w:t xml:space="preserve">申請者署名　</w:t>
      </w:r>
    </w:p>
    <w:p w14:paraId="279B5BF0" w14:textId="07F377CF" w:rsidR="000C05F8" w:rsidRPr="000C05F8" w:rsidRDefault="000C05F8" w:rsidP="003D7B8D">
      <w:pPr>
        <w:spacing w:after="200" w:line="276" w:lineRule="auto"/>
        <w:rPr>
          <w:rFonts w:ascii="BIZ UDゴシック" w:eastAsia="PMingLiU" w:hAnsi="BIZ UDゴシック"/>
          <w:sz w:val="21"/>
          <w:szCs w:val="21"/>
          <w:lang w:eastAsia="zh-TW"/>
        </w:rPr>
      </w:pPr>
    </w:p>
    <w:p w14:paraId="2350075C" w14:textId="52C7DD36" w:rsidR="00E60BE0" w:rsidRPr="000D031D" w:rsidRDefault="00E60BE0" w:rsidP="00E676DE">
      <w:pPr>
        <w:spacing w:after="20"/>
        <w:rPr>
          <w:rFonts w:ascii="BIZ UDゴシック" w:eastAsia="BIZ UDゴシック" w:hAnsi="BIZ UDゴシック"/>
        </w:rPr>
      </w:pPr>
      <w:r w:rsidRPr="000D031D">
        <w:rPr>
          <w:rFonts w:ascii="BIZ UDゴシック" w:eastAsia="BIZ UDゴシック" w:hAnsi="BIZ UDゴシック"/>
        </w:rPr>
        <w:lastRenderedPageBreak/>
        <w:t>別紙1（様式第1添付）</w:t>
      </w:r>
    </w:p>
    <w:p w14:paraId="50370B6B" w14:textId="77777777" w:rsidR="00E60BE0" w:rsidRPr="000D031D" w:rsidRDefault="00E60BE0" w:rsidP="00E60BE0">
      <w:pPr>
        <w:spacing w:after="60"/>
        <w:jc w:val="center"/>
        <w:rPr>
          <w:rFonts w:ascii="BIZ UDゴシック" w:eastAsia="BIZ UDゴシック" w:hAnsi="BIZ UDゴシック"/>
          <w:lang w:eastAsia="ja-JP"/>
        </w:rPr>
      </w:pPr>
      <w:r w:rsidRPr="000D031D">
        <w:rPr>
          <w:rFonts w:ascii="BIZ UDゴシック" w:eastAsia="BIZ UDゴシック" w:hAnsi="BIZ UDゴシック"/>
          <w:b/>
          <w:lang w:eastAsia="ja-JP"/>
        </w:rPr>
        <w:t>補助事業計画書</w:t>
      </w:r>
    </w:p>
    <w:p w14:paraId="6ABDEE25" w14:textId="77777777" w:rsidR="00E60BE0" w:rsidRPr="000D031D" w:rsidRDefault="00E60BE0" w:rsidP="00E60BE0">
      <w:pPr>
        <w:spacing w:after="60"/>
        <w:rPr>
          <w:rFonts w:ascii="BIZ UDゴシック" w:eastAsia="BIZ UDゴシック" w:hAnsi="BIZ UDゴシック"/>
          <w:lang w:eastAsia="ja-JP"/>
        </w:rPr>
      </w:pPr>
      <w:r w:rsidRPr="000D031D">
        <w:rPr>
          <w:rFonts w:ascii="BIZ UDゴシック" w:eastAsia="BIZ UDゴシック" w:hAnsi="BIZ UDゴシック"/>
          <w:lang w:eastAsia="ja-JP"/>
        </w:rPr>
        <w:t>※各欄は要点を簡潔に記載してください。必要に応じて資料を添付することができます。</w:t>
      </w:r>
    </w:p>
    <w:p w14:paraId="1365FF53" w14:textId="77777777" w:rsidR="00E60BE0" w:rsidRPr="000D031D" w:rsidRDefault="00E60BE0" w:rsidP="00E60BE0">
      <w:pPr>
        <w:keepNext/>
        <w:spacing w:before="80" w:after="40" w:line="320" w:lineRule="exact"/>
        <w:rPr>
          <w:rFonts w:ascii="BIZ UDゴシック" w:eastAsia="BIZ UDゴシック" w:hAnsi="BIZ UDゴシック"/>
        </w:rPr>
      </w:pPr>
      <w:r w:rsidRPr="000D031D">
        <w:rPr>
          <w:rFonts w:ascii="BIZ UDゴシック" w:eastAsia="BIZ UDゴシック" w:hAnsi="BIZ UDゴシック"/>
          <w:b/>
        </w:rPr>
        <w:t>1　申請者の概要</w:t>
      </w:r>
    </w:p>
    <w:tbl>
      <w:tblPr>
        <w:tblStyle w:val="afe"/>
        <w:tblW w:w="8460" w:type="dxa"/>
        <w:jc w:val="center"/>
        <w:tblLayout w:type="fixed"/>
        <w:tblLook w:val="04A0" w:firstRow="1" w:lastRow="0" w:firstColumn="1" w:lastColumn="0" w:noHBand="0" w:noVBand="1"/>
      </w:tblPr>
      <w:tblGrid>
        <w:gridCol w:w="2300"/>
        <w:gridCol w:w="6160"/>
      </w:tblGrid>
      <w:tr w:rsidR="00E60BE0" w:rsidRPr="000D031D" w14:paraId="1935758A" w14:textId="77777777" w:rsidTr="0093542F">
        <w:trPr>
          <w:cantSplit/>
          <w:trHeight w:val="397"/>
          <w:jc w:val="center"/>
        </w:trPr>
        <w:tc>
          <w:tcPr>
            <w:tcW w:w="2300" w:type="dxa"/>
            <w:shd w:val="clear" w:color="auto" w:fill="E7ECF3"/>
            <w:tcMar>
              <w:top w:w="80" w:type="dxa"/>
              <w:left w:w="100" w:type="dxa"/>
              <w:bottom w:w="80" w:type="dxa"/>
              <w:right w:w="100" w:type="dxa"/>
            </w:tcMar>
            <w:vAlign w:val="center"/>
          </w:tcPr>
          <w:p w14:paraId="4B00CC9F"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氏名又は団体名</w:t>
            </w:r>
          </w:p>
        </w:tc>
        <w:tc>
          <w:tcPr>
            <w:tcW w:w="6160" w:type="dxa"/>
            <w:tcMar>
              <w:top w:w="80" w:type="dxa"/>
              <w:left w:w="100" w:type="dxa"/>
              <w:bottom w:w="80" w:type="dxa"/>
              <w:right w:w="100" w:type="dxa"/>
            </w:tcMar>
            <w:vAlign w:val="center"/>
          </w:tcPr>
          <w:p w14:paraId="78B6D5D0"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4F9B6676" w14:textId="77777777" w:rsidTr="0093542F">
        <w:trPr>
          <w:cantSplit/>
          <w:trHeight w:val="397"/>
          <w:jc w:val="center"/>
        </w:trPr>
        <w:tc>
          <w:tcPr>
            <w:tcW w:w="2300" w:type="dxa"/>
            <w:shd w:val="clear" w:color="auto" w:fill="E7ECF3"/>
            <w:tcMar>
              <w:top w:w="80" w:type="dxa"/>
              <w:left w:w="100" w:type="dxa"/>
              <w:bottom w:w="80" w:type="dxa"/>
              <w:right w:w="100" w:type="dxa"/>
            </w:tcMar>
            <w:vAlign w:val="center"/>
          </w:tcPr>
          <w:p w14:paraId="32EAF50B"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所在地</w:t>
            </w:r>
          </w:p>
        </w:tc>
        <w:tc>
          <w:tcPr>
            <w:tcW w:w="6160" w:type="dxa"/>
            <w:tcMar>
              <w:top w:w="80" w:type="dxa"/>
              <w:left w:w="100" w:type="dxa"/>
              <w:bottom w:w="80" w:type="dxa"/>
              <w:right w:w="100" w:type="dxa"/>
            </w:tcMar>
            <w:vAlign w:val="center"/>
          </w:tcPr>
          <w:p w14:paraId="7AC76C87"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21CD044E" w14:textId="77777777" w:rsidTr="0093542F">
        <w:trPr>
          <w:cantSplit/>
          <w:trHeight w:val="397"/>
          <w:jc w:val="center"/>
        </w:trPr>
        <w:tc>
          <w:tcPr>
            <w:tcW w:w="2300" w:type="dxa"/>
            <w:shd w:val="clear" w:color="auto" w:fill="E7ECF3"/>
            <w:tcMar>
              <w:top w:w="80" w:type="dxa"/>
              <w:left w:w="100" w:type="dxa"/>
              <w:bottom w:w="80" w:type="dxa"/>
              <w:right w:w="100" w:type="dxa"/>
            </w:tcMar>
            <w:vAlign w:val="center"/>
          </w:tcPr>
          <w:p w14:paraId="17B69A9B"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代表者の職・氏名</w:t>
            </w:r>
          </w:p>
        </w:tc>
        <w:tc>
          <w:tcPr>
            <w:tcW w:w="6160" w:type="dxa"/>
            <w:tcMar>
              <w:top w:w="80" w:type="dxa"/>
              <w:left w:w="100" w:type="dxa"/>
              <w:bottom w:w="80" w:type="dxa"/>
              <w:right w:w="100" w:type="dxa"/>
            </w:tcMar>
            <w:vAlign w:val="center"/>
          </w:tcPr>
          <w:p w14:paraId="5355E8B3"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00DDFDB6" w14:textId="77777777" w:rsidTr="0093542F">
        <w:trPr>
          <w:cantSplit/>
          <w:trHeight w:val="567"/>
          <w:jc w:val="center"/>
        </w:trPr>
        <w:tc>
          <w:tcPr>
            <w:tcW w:w="2300" w:type="dxa"/>
            <w:shd w:val="clear" w:color="auto" w:fill="E7ECF3"/>
            <w:tcMar>
              <w:top w:w="80" w:type="dxa"/>
              <w:left w:w="100" w:type="dxa"/>
              <w:bottom w:w="80" w:type="dxa"/>
              <w:right w:w="100" w:type="dxa"/>
            </w:tcMar>
            <w:vAlign w:val="center"/>
          </w:tcPr>
          <w:p w14:paraId="512ADFAE"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主な事業・活動内容</w:t>
            </w:r>
          </w:p>
        </w:tc>
        <w:tc>
          <w:tcPr>
            <w:tcW w:w="6160" w:type="dxa"/>
            <w:tcMar>
              <w:top w:w="80" w:type="dxa"/>
              <w:left w:w="100" w:type="dxa"/>
              <w:bottom w:w="80" w:type="dxa"/>
              <w:right w:w="100" w:type="dxa"/>
            </w:tcMar>
            <w:vAlign w:val="center"/>
          </w:tcPr>
          <w:p w14:paraId="74D3EAA7"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0660D0FE" w14:textId="77777777" w:rsidTr="0093542F">
        <w:trPr>
          <w:cantSplit/>
          <w:trHeight w:val="510"/>
          <w:jc w:val="center"/>
        </w:trPr>
        <w:tc>
          <w:tcPr>
            <w:tcW w:w="2300" w:type="dxa"/>
            <w:shd w:val="clear" w:color="auto" w:fill="E7ECF3"/>
            <w:tcMar>
              <w:top w:w="80" w:type="dxa"/>
              <w:left w:w="100" w:type="dxa"/>
              <w:bottom w:w="80" w:type="dxa"/>
              <w:right w:w="100" w:type="dxa"/>
            </w:tcMar>
            <w:vAlign w:val="center"/>
          </w:tcPr>
          <w:p w14:paraId="5F5AD81A"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担当者</w:t>
            </w:r>
          </w:p>
        </w:tc>
        <w:tc>
          <w:tcPr>
            <w:tcW w:w="6160" w:type="dxa"/>
            <w:tcMar>
              <w:top w:w="80" w:type="dxa"/>
              <w:left w:w="100" w:type="dxa"/>
              <w:bottom w:w="80" w:type="dxa"/>
              <w:right w:w="100" w:type="dxa"/>
            </w:tcMar>
            <w:vAlign w:val="center"/>
          </w:tcPr>
          <w:p w14:paraId="3B2144FF"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氏名：　　　　　　　　　電話：　　　　　　　　　メール：</w:t>
            </w:r>
          </w:p>
        </w:tc>
      </w:tr>
    </w:tbl>
    <w:p w14:paraId="4B3E5865" w14:textId="77777777" w:rsidR="00E60BE0" w:rsidRPr="000D031D" w:rsidRDefault="00E60BE0" w:rsidP="00E60BE0">
      <w:pPr>
        <w:keepNext/>
        <w:spacing w:before="80" w:after="40" w:line="320" w:lineRule="exact"/>
        <w:rPr>
          <w:rFonts w:ascii="BIZ UDゴシック" w:eastAsia="BIZ UDゴシック" w:hAnsi="BIZ UDゴシック"/>
        </w:rPr>
      </w:pPr>
      <w:r w:rsidRPr="000D031D">
        <w:rPr>
          <w:rFonts w:ascii="BIZ UDゴシック" w:eastAsia="BIZ UDゴシック" w:hAnsi="BIZ UDゴシック"/>
          <w:b/>
        </w:rPr>
        <w:t>2　補助事業の概要</w:t>
      </w:r>
    </w:p>
    <w:tbl>
      <w:tblPr>
        <w:tblStyle w:val="afe"/>
        <w:tblW w:w="8460" w:type="dxa"/>
        <w:jc w:val="center"/>
        <w:tblLayout w:type="fixed"/>
        <w:tblLook w:val="04A0" w:firstRow="1" w:lastRow="0" w:firstColumn="1" w:lastColumn="0" w:noHBand="0" w:noVBand="1"/>
      </w:tblPr>
      <w:tblGrid>
        <w:gridCol w:w="2300"/>
        <w:gridCol w:w="6160"/>
      </w:tblGrid>
      <w:tr w:rsidR="00E60BE0" w:rsidRPr="000D031D" w14:paraId="538E4AEC" w14:textId="77777777" w:rsidTr="0093542F">
        <w:trPr>
          <w:cantSplit/>
          <w:trHeight w:val="454"/>
          <w:jc w:val="center"/>
        </w:trPr>
        <w:tc>
          <w:tcPr>
            <w:tcW w:w="2300" w:type="dxa"/>
            <w:shd w:val="clear" w:color="auto" w:fill="E7ECF3"/>
            <w:tcMar>
              <w:top w:w="80" w:type="dxa"/>
              <w:left w:w="100" w:type="dxa"/>
              <w:bottom w:w="80" w:type="dxa"/>
              <w:right w:w="100" w:type="dxa"/>
            </w:tcMar>
            <w:vAlign w:val="center"/>
          </w:tcPr>
          <w:p w14:paraId="31D1F668"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補助事業名</w:t>
            </w:r>
          </w:p>
        </w:tc>
        <w:tc>
          <w:tcPr>
            <w:tcW w:w="6160" w:type="dxa"/>
            <w:tcMar>
              <w:top w:w="80" w:type="dxa"/>
              <w:left w:w="100" w:type="dxa"/>
              <w:bottom w:w="80" w:type="dxa"/>
              <w:right w:w="100" w:type="dxa"/>
            </w:tcMar>
            <w:vAlign w:val="center"/>
          </w:tcPr>
          <w:p w14:paraId="5EE6B3D8"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7ABBBF92" w14:textId="77777777" w:rsidTr="0093542F">
        <w:trPr>
          <w:cantSplit/>
          <w:trHeight w:val="454"/>
          <w:jc w:val="center"/>
        </w:trPr>
        <w:tc>
          <w:tcPr>
            <w:tcW w:w="2300" w:type="dxa"/>
            <w:shd w:val="clear" w:color="auto" w:fill="E7ECF3"/>
            <w:tcMar>
              <w:top w:w="80" w:type="dxa"/>
              <w:left w:w="100" w:type="dxa"/>
              <w:bottom w:w="80" w:type="dxa"/>
              <w:right w:w="100" w:type="dxa"/>
            </w:tcMar>
            <w:vAlign w:val="center"/>
          </w:tcPr>
          <w:p w14:paraId="14DD1754"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実施場所</w:t>
            </w:r>
          </w:p>
        </w:tc>
        <w:tc>
          <w:tcPr>
            <w:tcW w:w="6160" w:type="dxa"/>
            <w:tcMar>
              <w:top w:w="80" w:type="dxa"/>
              <w:left w:w="100" w:type="dxa"/>
              <w:bottom w:w="80" w:type="dxa"/>
              <w:right w:w="100" w:type="dxa"/>
            </w:tcMar>
            <w:vAlign w:val="center"/>
          </w:tcPr>
          <w:p w14:paraId="00D4B1F5"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477D6AFC" w14:textId="77777777" w:rsidTr="0093542F">
        <w:trPr>
          <w:cantSplit/>
          <w:trHeight w:val="454"/>
          <w:jc w:val="center"/>
        </w:trPr>
        <w:tc>
          <w:tcPr>
            <w:tcW w:w="2300" w:type="dxa"/>
            <w:shd w:val="clear" w:color="auto" w:fill="E7ECF3"/>
            <w:tcMar>
              <w:top w:w="80" w:type="dxa"/>
              <w:left w:w="100" w:type="dxa"/>
              <w:bottom w:w="80" w:type="dxa"/>
              <w:right w:w="100" w:type="dxa"/>
            </w:tcMar>
            <w:vAlign w:val="center"/>
          </w:tcPr>
          <w:p w14:paraId="0FB12D65"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実施期間</w:t>
            </w:r>
          </w:p>
        </w:tc>
        <w:tc>
          <w:tcPr>
            <w:tcW w:w="6160" w:type="dxa"/>
            <w:tcMar>
              <w:top w:w="80" w:type="dxa"/>
              <w:left w:w="100" w:type="dxa"/>
              <w:bottom w:w="80" w:type="dxa"/>
              <w:right w:w="100" w:type="dxa"/>
            </w:tcMar>
            <w:vAlign w:val="center"/>
          </w:tcPr>
          <w:p w14:paraId="1B27232E"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令和　　年　　月　　日から令和　　年　　月　　日まで</w:t>
            </w:r>
          </w:p>
        </w:tc>
      </w:tr>
      <w:tr w:rsidR="00E60BE0" w:rsidRPr="000D031D" w14:paraId="6DA582C3" w14:textId="77777777" w:rsidTr="0093542F">
        <w:trPr>
          <w:cantSplit/>
          <w:trHeight w:val="567"/>
          <w:jc w:val="center"/>
        </w:trPr>
        <w:tc>
          <w:tcPr>
            <w:tcW w:w="2300" w:type="dxa"/>
            <w:shd w:val="clear" w:color="auto" w:fill="E7ECF3"/>
            <w:tcMar>
              <w:top w:w="80" w:type="dxa"/>
              <w:left w:w="100" w:type="dxa"/>
              <w:bottom w:w="80" w:type="dxa"/>
              <w:right w:w="100" w:type="dxa"/>
            </w:tcMar>
            <w:vAlign w:val="center"/>
          </w:tcPr>
          <w:p w14:paraId="317E2621"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b/>
                <w:sz w:val="18"/>
                <w:lang w:eastAsia="ja-JP"/>
              </w:rPr>
              <w:t>活用するデジタル技術等</w:t>
            </w:r>
          </w:p>
        </w:tc>
        <w:tc>
          <w:tcPr>
            <w:tcW w:w="6160" w:type="dxa"/>
            <w:tcMar>
              <w:top w:w="80" w:type="dxa"/>
              <w:left w:w="100" w:type="dxa"/>
              <w:bottom w:w="80" w:type="dxa"/>
              <w:right w:w="100" w:type="dxa"/>
            </w:tcMar>
            <w:vAlign w:val="center"/>
          </w:tcPr>
          <w:p w14:paraId="4F899EFF"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例：AI、IoT、データ分析、クラウドサービス等</w:t>
            </w:r>
          </w:p>
        </w:tc>
      </w:tr>
    </w:tbl>
    <w:p w14:paraId="019662C9" w14:textId="77777777" w:rsidR="00E60BE0" w:rsidRPr="000D031D" w:rsidRDefault="00E60BE0" w:rsidP="00E60BE0">
      <w:pPr>
        <w:keepNext/>
        <w:spacing w:before="80" w:after="40" w:line="320" w:lineRule="exact"/>
        <w:rPr>
          <w:rFonts w:ascii="BIZ UDゴシック" w:eastAsia="BIZ UDゴシック" w:hAnsi="BIZ UDゴシック"/>
        </w:rPr>
      </w:pPr>
      <w:r w:rsidRPr="000D031D">
        <w:rPr>
          <w:rFonts w:ascii="BIZ UDゴシック" w:eastAsia="BIZ UDゴシック" w:hAnsi="BIZ UDゴシック"/>
          <w:b/>
        </w:rPr>
        <w:t>3　地域課題と実証内容</w:t>
      </w:r>
    </w:p>
    <w:tbl>
      <w:tblPr>
        <w:tblStyle w:val="afe"/>
        <w:tblW w:w="8451" w:type="dxa"/>
        <w:jc w:val="center"/>
        <w:tblLayout w:type="fixed"/>
        <w:tblLook w:val="04A0" w:firstRow="1" w:lastRow="0" w:firstColumn="1" w:lastColumn="0" w:noHBand="0" w:noVBand="1"/>
      </w:tblPr>
      <w:tblGrid>
        <w:gridCol w:w="2297"/>
        <w:gridCol w:w="6154"/>
      </w:tblGrid>
      <w:tr w:rsidR="00E60BE0" w:rsidRPr="000D031D" w14:paraId="4EEBF618" w14:textId="77777777" w:rsidTr="000C05F8">
        <w:trPr>
          <w:cantSplit/>
          <w:trHeight w:val="1465"/>
          <w:jc w:val="center"/>
        </w:trPr>
        <w:tc>
          <w:tcPr>
            <w:tcW w:w="2297" w:type="dxa"/>
            <w:shd w:val="clear" w:color="auto" w:fill="E7ECF3"/>
            <w:tcMar>
              <w:top w:w="80" w:type="dxa"/>
              <w:left w:w="100" w:type="dxa"/>
              <w:bottom w:w="80" w:type="dxa"/>
              <w:right w:w="100" w:type="dxa"/>
            </w:tcMar>
            <w:vAlign w:val="center"/>
          </w:tcPr>
          <w:p w14:paraId="01587AE3" w14:textId="6D4A7B80"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b/>
                <w:sz w:val="18"/>
                <w:lang w:eastAsia="ja-JP"/>
              </w:rPr>
              <w:t>解決したい地域課題</w:t>
            </w:r>
            <w:r w:rsidR="006052C7" w:rsidRPr="000D031D">
              <w:rPr>
                <w:rFonts w:ascii="BIZ UDゴシック" w:eastAsia="BIZ UDゴシック" w:hAnsi="BIZ UDゴシック" w:hint="eastAsia"/>
                <w:b/>
                <w:sz w:val="18"/>
                <w:lang w:eastAsia="ja-JP"/>
              </w:rPr>
              <w:t>・生産性向上等の課題</w:t>
            </w:r>
          </w:p>
        </w:tc>
        <w:tc>
          <w:tcPr>
            <w:tcW w:w="6154" w:type="dxa"/>
            <w:tcMar>
              <w:top w:w="80" w:type="dxa"/>
              <w:left w:w="100" w:type="dxa"/>
              <w:bottom w:w="80" w:type="dxa"/>
              <w:right w:w="100" w:type="dxa"/>
            </w:tcMar>
            <w:vAlign w:val="center"/>
          </w:tcPr>
          <w:p w14:paraId="3A6EFCFB"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課題の内容と、誰がどのように困っているかを記載してください。</w:t>
            </w:r>
          </w:p>
        </w:tc>
      </w:tr>
      <w:tr w:rsidR="00E60BE0" w:rsidRPr="000D031D" w14:paraId="08DE2841" w14:textId="77777777" w:rsidTr="000C05F8">
        <w:trPr>
          <w:cantSplit/>
          <w:trHeight w:val="1389"/>
          <w:jc w:val="center"/>
        </w:trPr>
        <w:tc>
          <w:tcPr>
            <w:tcW w:w="2297" w:type="dxa"/>
            <w:shd w:val="clear" w:color="auto" w:fill="E7ECF3"/>
            <w:tcMar>
              <w:top w:w="80" w:type="dxa"/>
              <w:left w:w="100" w:type="dxa"/>
              <w:bottom w:w="80" w:type="dxa"/>
              <w:right w:w="100" w:type="dxa"/>
            </w:tcMar>
            <w:vAlign w:val="center"/>
          </w:tcPr>
          <w:p w14:paraId="4D4CDE32"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実証の目的</w:t>
            </w:r>
          </w:p>
        </w:tc>
        <w:tc>
          <w:tcPr>
            <w:tcW w:w="6154" w:type="dxa"/>
            <w:tcMar>
              <w:top w:w="80" w:type="dxa"/>
              <w:left w:w="100" w:type="dxa"/>
              <w:bottom w:w="80" w:type="dxa"/>
              <w:right w:w="100" w:type="dxa"/>
            </w:tcMar>
            <w:vAlign w:val="center"/>
          </w:tcPr>
          <w:p w14:paraId="18F4F816"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この実証によって何を明らかにし、何を実現したいかを記載してください。</w:t>
            </w:r>
          </w:p>
        </w:tc>
      </w:tr>
      <w:tr w:rsidR="00E60BE0" w:rsidRPr="000D031D" w14:paraId="5F879E5D" w14:textId="77777777" w:rsidTr="000C05F8">
        <w:trPr>
          <w:cantSplit/>
          <w:trHeight w:val="1681"/>
          <w:jc w:val="center"/>
        </w:trPr>
        <w:tc>
          <w:tcPr>
            <w:tcW w:w="2297" w:type="dxa"/>
            <w:shd w:val="clear" w:color="auto" w:fill="E7ECF3"/>
            <w:tcMar>
              <w:top w:w="80" w:type="dxa"/>
              <w:left w:w="100" w:type="dxa"/>
              <w:bottom w:w="80" w:type="dxa"/>
              <w:right w:w="100" w:type="dxa"/>
            </w:tcMar>
            <w:vAlign w:val="center"/>
          </w:tcPr>
          <w:p w14:paraId="4DBB0B4C" w14:textId="77777777" w:rsidR="00E60BE0" w:rsidRPr="000D031D" w:rsidRDefault="00E60BE0" w:rsidP="0093542F">
            <w:pPr>
              <w:spacing w:line="280" w:lineRule="exact"/>
              <w:rPr>
                <w:rFonts w:ascii="BIZ UDゴシック" w:eastAsia="BIZ UDゴシック" w:hAnsi="BIZ UDゴシック"/>
              </w:rPr>
            </w:pPr>
            <w:r w:rsidRPr="000D031D">
              <w:rPr>
                <w:rFonts w:ascii="BIZ UDゴシック" w:eastAsia="BIZ UDゴシック" w:hAnsi="BIZ UDゴシック"/>
                <w:b/>
                <w:sz w:val="18"/>
              </w:rPr>
              <w:t>実証の内容・方法</w:t>
            </w:r>
          </w:p>
        </w:tc>
        <w:tc>
          <w:tcPr>
            <w:tcW w:w="6154" w:type="dxa"/>
            <w:tcMar>
              <w:top w:w="80" w:type="dxa"/>
              <w:left w:w="100" w:type="dxa"/>
              <w:bottom w:w="80" w:type="dxa"/>
              <w:right w:w="100" w:type="dxa"/>
            </w:tcMar>
            <w:vAlign w:val="center"/>
          </w:tcPr>
          <w:p w14:paraId="1BAD399B"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デジタル技術等をどのように活用し、何をどのような手順で試すかを記載してください。</w:t>
            </w:r>
          </w:p>
        </w:tc>
      </w:tr>
      <w:tr w:rsidR="00E60BE0" w:rsidRPr="000D031D" w14:paraId="0014F5B7" w14:textId="77777777" w:rsidTr="000C05F8">
        <w:trPr>
          <w:cantSplit/>
          <w:trHeight w:val="1533"/>
          <w:jc w:val="center"/>
        </w:trPr>
        <w:tc>
          <w:tcPr>
            <w:tcW w:w="2297" w:type="dxa"/>
            <w:shd w:val="clear" w:color="auto" w:fill="E7ECF3"/>
            <w:tcMar>
              <w:top w:w="80" w:type="dxa"/>
              <w:left w:w="100" w:type="dxa"/>
              <w:bottom w:w="80" w:type="dxa"/>
              <w:right w:w="100" w:type="dxa"/>
            </w:tcMar>
            <w:vAlign w:val="center"/>
          </w:tcPr>
          <w:p w14:paraId="70D33252" w14:textId="00C2E795" w:rsidR="00E60BE0" w:rsidRPr="000D031D" w:rsidRDefault="00DD6BE3"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hint="eastAsia"/>
                <w:b/>
                <w:sz w:val="18"/>
                <w:lang w:eastAsia="ja-JP"/>
              </w:rPr>
              <w:t>補助事業の目的</w:t>
            </w:r>
            <w:r w:rsidR="00E60BE0" w:rsidRPr="000D031D">
              <w:rPr>
                <w:rFonts w:ascii="BIZ UDゴシック" w:eastAsia="BIZ UDゴシック" w:hAnsi="BIZ UDゴシック"/>
                <w:b/>
                <w:sz w:val="18"/>
                <w:lang w:eastAsia="ja-JP"/>
              </w:rPr>
              <w:t>との関係</w:t>
            </w:r>
          </w:p>
        </w:tc>
        <w:tc>
          <w:tcPr>
            <w:tcW w:w="6154" w:type="dxa"/>
            <w:tcMar>
              <w:top w:w="80" w:type="dxa"/>
              <w:left w:w="100" w:type="dxa"/>
              <w:bottom w:w="80" w:type="dxa"/>
              <w:right w:w="100" w:type="dxa"/>
            </w:tcMar>
            <w:vAlign w:val="center"/>
          </w:tcPr>
          <w:p w14:paraId="713E5A23" w14:textId="5CF73B9E" w:rsidR="00E60BE0" w:rsidRPr="000D031D" w:rsidRDefault="000F4665"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この実証が、地域課題の解決、市内事業者の生産性向上、地域の魅力の向上又は新たな価値の創造にどのように資するかを記載してください。</w:t>
            </w:r>
          </w:p>
        </w:tc>
      </w:tr>
    </w:tbl>
    <w:p w14:paraId="3F2330D7" w14:textId="77777777" w:rsidR="00E60BE0" w:rsidRPr="000D031D" w:rsidRDefault="00E60BE0" w:rsidP="00E60BE0">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44158D43" w14:textId="77777777" w:rsidR="00E60BE0" w:rsidRPr="000D031D" w:rsidRDefault="00E60BE0" w:rsidP="00E676DE">
      <w:pPr>
        <w:spacing w:after="40"/>
        <w:rPr>
          <w:rFonts w:ascii="BIZ UDゴシック" w:eastAsia="BIZ UDゴシック" w:hAnsi="BIZ UDゴシック"/>
          <w:lang w:eastAsia="ja-JP"/>
        </w:rPr>
      </w:pPr>
      <w:r w:rsidRPr="000D031D">
        <w:rPr>
          <w:rFonts w:ascii="BIZ UDゴシック" w:eastAsia="BIZ UDゴシック" w:hAnsi="BIZ UDゴシック"/>
          <w:lang w:eastAsia="ja-JP"/>
        </w:rPr>
        <w:lastRenderedPageBreak/>
        <w:t>補助事業計画書（続き）</w:t>
      </w:r>
    </w:p>
    <w:p w14:paraId="09D90CB3" w14:textId="77777777" w:rsidR="00E60BE0" w:rsidRPr="000D031D" w:rsidRDefault="00E60BE0" w:rsidP="00E60BE0">
      <w:pPr>
        <w:keepNext/>
        <w:spacing w:before="80" w:after="40" w:line="320" w:lineRule="exact"/>
        <w:rPr>
          <w:rFonts w:ascii="BIZ UDゴシック" w:eastAsia="BIZ UDゴシック" w:hAnsi="BIZ UDゴシック"/>
          <w:lang w:eastAsia="ja-JP"/>
        </w:rPr>
      </w:pPr>
      <w:r w:rsidRPr="000D031D">
        <w:rPr>
          <w:rFonts w:ascii="BIZ UDゴシック" w:eastAsia="BIZ UDゴシック" w:hAnsi="BIZ UDゴシック"/>
          <w:b/>
          <w:lang w:eastAsia="ja-JP"/>
        </w:rPr>
        <w:t>4　実施体制・スケジュール</w:t>
      </w:r>
    </w:p>
    <w:tbl>
      <w:tblPr>
        <w:tblStyle w:val="afe"/>
        <w:tblW w:w="8460" w:type="dxa"/>
        <w:jc w:val="center"/>
        <w:tblLayout w:type="fixed"/>
        <w:tblLook w:val="04A0" w:firstRow="1" w:lastRow="0" w:firstColumn="1" w:lastColumn="0" w:noHBand="0" w:noVBand="1"/>
      </w:tblPr>
      <w:tblGrid>
        <w:gridCol w:w="2300"/>
        <w:gridCol w:w="6160"/>
      </w:tblGrid>
      <w:tr w:rsidR="00E60BE0" w:rsidRPr="000D031D" w14:paraId="058BD0E5" w14:textId="77777777" w:rsidTr="0093542F">
        <w:trPr>
          <w:cantSplit/>
          <w:trHeight w:val="1020"/>
          <w:jc w:val="center"/>
        </w:trPr>
        <w:tc>
          <w:tcPr>
            <w:tcW w:w="2300" w:type="dxa"/>
            <w:shd w:val="clear" w:color="auto" w:fill="E7ECF3"/>
            <w:tcMar>
              <w:top w:w="80" w:type="dxa"/>
              <w:left w:w="100" w:type="dxa"/>
              <w:bottom w:w="80" w:type="dxa"/>
              <w:right w:w="100" w:type="dxa"/>
            </w:tcMar>
            <w:vAlign w:val="center"/>
          </w:tcPr>
          <w:p w14:paraId="66C8DBD5" w14:textId="77777777" w:rsidR="00E60BE0" w:rsidRPr="000C05F8" w:rsidRDefault="00E60BE0" w:rsidP="0093542F">
            <w:pPr>
              <w:spacing w:line="280" w:lineRule="exact"/>
              <w:rPr>
                <w:rFonts w:ascii="BIZ UDゴシック" w:eastAsia="BIZ UDゴシック" w:hAnsi="BIZ UDゴシック"/>
                <w:sz w:val="21"/>
                <w:szCs w:val="21"/>
              </w:rPr>
            </w:pPr>
            <w:r w:rsidRPr="000C05F8">
              <w:rPr>
                <w:rFonts w:ascii="BIZ UDゴシック" w:eastAsia="BIZ UDゴシック" w:hAnsi="BIZ UDゴシック"/>
                <w:b/>
                <w:sz w:val="21"/>
                <w:szCs w:val="21"/>
              </w:rPr>
              <w:t>実施体制</w:t>
            </w:r>
          </w:p>
        </w:tc>
        <w:tc>
          <w:tcPr>
            <w:tcW w:w="6160" w:type="dxa"/>
            <w:tcMar>
              <w:top w:w="80" w:type="dxa"/>
              <w:left w:w="100" w:type="dxa"/>
              <w:bottom w:w="80" w:type="dxa"/>
              <w:right w:w="100" w:type="dxa"/>
            </w:tcMar>
            <w:vAlign w:val="center"/>
          </w:tcPr>
          <w:p w14:paraId="42A66C0C"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責任者、担当者、協力者・関係機関等と、それぞれの役割を記載してください。</w:t>
            </w:r>
          </w:p>
        </w:tc>
      </w:tr>
      <w:tr w:rsidR="00E60BE0" w:rsidRPr="000D031D" w14:paraId="14CD1FC3" w14:textId="77777777" w:rsidTr="0093542F">
        <w:trPr>
          <w:cantSplit/>
          <w:trHeight w:val="1247"/>
          <w:jc w:val="center"/>
        </w:trPr>
        <w:tc>
          <w:tcPr>
            <w:tcW w:w="2300" w:type="dxa"/>
            <w:shd w:val="clear" w:color="auto" w:fill="E7ECF3"/>
            <w:tcMar>
              <w:top w:w="80" w:type="dxa"/>
              <w:left w:w="100" w:type="dxa"/>
              <w:bottom w:w="80" w:type="dxa"/>
              <w:right w:w="100" w:type="dxa"/>
            </w:tcMar>
            <w:vAlign w:val="center"/>
          </w:tcPr>
          <w:p w14:paraId="5FD98E12" w14:textId="77777777" w:rsidR="00E60BE0" w:rsidRPr="000C05F8" w:rsidRDefault="00E60BE0" w:rsidP="0093542F">
            <w:pPr>
              <w:spacing w:line="280" w:lineRule="exact"/>
              <w:rPr>
                <w:rFonts w:ascii="BIZ UDゴシック" w:eastAsia="BIZ UDゴシック" w:hAnsi="BIZ UDゴシック"/>
                <w:sz w:val="21"/>
                <w:szCs w:val="21"/>
              </w:rPr>
            </w:pPr>
            <w:r w:rsidRPr="000C05F8">
              <w:rPr>
                <w:rFonts w:ascii="BIZ UDゴシック" w:eastAsia="BIZ UDゴシック" w:hAnsi="BIZ UDゴシック"/>
                <w:b/>
                <w:sz w:val="21"/>
                <w:szCs w:val="21"/>
              </w:rPr>
              <w:t>実施スケジュール</w:t>
            </w:r>
          </w:p>
        </w:tc>
        <w:tc>
          <w:tcPr>
            <w:tcW w:w="6160" w:type="dxa"/>
            <w:tcMar>
              <w:top w:w="80" w:type="dxa"/>
              <w:left w:w="100" w:type="dxa"/>
              <w:bottom w:w="80" w:type="dxa"/>
              <w:right w:w="100" w:type="dxa"/>
            </w:tcMar>
            <w:vAlign w:val="center"/>
          </w:tcPr>
          <w:p w14:paraId="382C412D"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準備、実証、効果測定、成果整理の予定を時系列で記載してください。</w:t>
            </w:r>
          </w:p>
        </w:tc>
      </w:tr>
    </w:tbl>
    <w:p w14:paraId="1C482919" w14:textId="77777777" w:rsidR="00E60BE0" w:rsidRPr="000D031D" w:rsidRDefault="00E60BE0" w:rsidP="00E60BE0">
      <w:pPr>
        <w:keepNext/>
        <w:spacing w:before="80" w:after="40" w:line="320" w:lineRule="exact"/>
        <w:rPr>
          <w:rFonts w:ascii="BIZ UDゴシック" w:eastAsia="BIZ UDゴシック" w:hAnsi="BIZ UDゴシック"/>
        </w:rPr>
      </w:pPr>
      <w:r w:rsidRPr="000D031D">
        <w:rPr>
          <w:rFonts w:ascii="BIZ UDゴシック" w:eastAsia="BIZ UDゴシック" w:hAnsi="BIZ UDゴシック"/>
          <w:b/>
        </w:rPr>
        <w:t>5　効果の検証</w:t>
      </w:r>
    </w:p>
    <w:tbl>
      <w:tblPr>
        <w:tblStyle w:val="afe"/>
        <w:tblW w:w="8460" w:type="dxa"/>
        <w:jc w:val="center"/>
        <w:tblLayout w:type="fixed"/>
        <w:tblLook w:val="04A0" w:firstRow="1" w:lastRow="0" w:firstColumn="1" w:lastColumn="0" w:noHBand="0" w:noVBand="1"/>
      </w:tblPr>
      <w:tblGrid>
        <w:gridCol w:w="2500"/>
        <w:gridCol w:w="1700"/>
        <w:gridCol w:w="1500"/>
        <w:gridCol w:w="2760"/>
      </w:tblGrid>
      <w:tr w:rsidR="00E60BE0" w:rsidRPr="000D031D" w14:paraId="4FD86DA1" w14:textId="77777777" w:rsidTr="0093542F">
        <w:trPr>
          <w:tblHeader/>
          <w:jc w:val="center"/>
        </w:trPr>
        <w:tc>
          <w:tcPr>
            <w:tcW w:w="2500" w:type="dxa"/>
            <w:shd w:val="clear" w:color="auto" w:fill="E7ECF3"/>
            <w:tcMar>
              <w:top w:w="80" w:type="dxa"/>
              <w:left w:w="100" w:type="dxa"/>
              <w:bottom w:w="80" w:type="dxa"/>
              <w:right w:w="100" w:type="dxa"/>
            </w:tcMar>
            <w:vAlign w:val="center"/>
          </w:tcPr>
          <w:p w14:paraId="175D72D6" w14:textId="77777777" w:rsidR="00E60BE0" w:rsidRPr="000D031D" w:rsidRDefault="00E60BE0" w:rsidP="0093542F">
            <w:pPr>
              <w:spacing w:line="280" w:lineRule="exact"/>
              <w:jc w:val="center"/>
              <w:rPr>
                <w:rFonts w:ascii="BIZ UDゴシック" w:eastAsia="BIZ UDゴシック" w:hAnsi="BIZ UDゴシック"/>
              </w:rPr>
            </w:pPr>
            <w:r w:rsidRPr="000D031D">
              <w:rPr>
                <w:rFonts w:ascii="BIZ UDゴシック" w:eastAsia="BIZ UDゴシック" w:hAnsi="BIZ UDゴシック"/>
                <w:b/>
                <w:sz w:val="18"/>
              </w:rPr>
              <w:t>検証する項目</w:t>
            </w:r>
          </w:p>
        </w:tc>
        <w:tc>
          <w:tcPr>
            <w:tcW w:w="1700" w:type="dxa"/>
            <w:shd w:val="clear" w:color="auto" w:fill="E7ECF3"/>
            <w:tcMar>
              <w:top w:w="80" w:type="dxa"/>
              <w:left w:w="100" w:type="dxa"/>
              <w:bottom w:w="80" w:type="dxa"/>
              <w:right w:w="100" w:type="dxa"/>
            </w:tcMar>
            <w:vAlign w:val="center"/>
          </w:tcPr>
          <w:p w14:paraId="770B2B8B" w14:textId="77777777" w:rsidR="00E60BE0" w:rsidRPr="000D031D" w:rsidRDefault="00E60BE0" w:rsidP="0093542F">
            <w:pPr>
              <w:spacing w:line="280" w:lineRule="exact"/>
              <w:jc w:val="center"/>
              <w:rPr>
                <w:rFonts w:ascii="BIZ UDゴシック" w:eastAsia="BIZ UDゴシック" w:hAnsi="BIZ UDゴシック"/>
              </w:rPr>
            </w:pPr>
            <w:r w:rsidRPr="000D031D">
              <w:rPr>
                <w:rFonts w:ascii="BIZ UDゴシック" w:eastAsia="BIZ UDゴシック" w:hAnsi="BIZ UDゴシック"/>
                <w:b/>
                <w:sz w:val="18"/>
              </w:rPr>
              <w:t>実証前の状況</w:t>
            </w:r>
          </w:p>
        </w:tc>
        <w:tc>
          <w:tcPr>
            <w:tcW w:w="1500" w:type="dxa"/>
            <w:shd w:val="clear" w:color="auto" w:fill="E7ECF3"/>
            <w:tcMar>
              <w:top w:w="80" w:type="dxa"/>
              <w:left w:w="100" w:type="dxa"/>
              <w:bottom w:w="80" w:type="dxa"/>
              <w:right w:w="100" w:type="dxa"/>
            </w:tcMar>
            <w:vAlign w:val="center"/>
          </w:tcPr>
          <w:p w14:paraId="02926F5B" w14:textId="77777777" w:rsidR="00E60BE0" w:rsidRPr="000D031D" w:rsidRDefault="00E60BE0" w:rsidP="0093542F">
            <w:pPr>
              <w:spacing w:line="280" w:lineRule="exact"/>
              <w:jc w:val="center"/>
              <w:rPr>
                <w:rFonts w:ascii="BIZ UDゴシック" w:eastAsia="BIZ UDゴシック" w:hAnsi="BIZ UDゴシック"/>
              </w:rPr>
            </w:pPr>
            <w:r w:rsidRPr="000D031D">
              <w:rPr>
                <w:rFonts w:ascii="BIZ UDゴシック" w:eastAsia="BIZ UDゴシック" w:hAnsi="BIZ UDゴシック"/>
                <w:b/>
                <w:sz w:val="18"/>
              </w:rPr>
              <w:t>目標</w:t>
            </w:r>
          </w:p>
        </w:tc>
        <w:tc>
          <w:tcPr>
            <w:tcW w:w="2760" w:type="dxa"/>
            <w:shd w:val="clear" w:color="auto" w:fill="E7ECF3"/>
            <w:tcMar>
              <w:top w:w="80" w:type="dxa"/>
              <w:left w:w="100" w:type="dxa"/>
              <w:bottom w:w="80" w:type="dxa"/>
              <w:right w:w="100" w:type="dxa"/>
            </w:tcMar>
            <w:vAlign w:val="center"/>
          </w:tcPr>
          <w:p w14:paraId="46C6B346" w14:textId="77777777" w:rsidR="00E60BE0" w:rsidRPr="000D031D" w:rsidRDefault="00E60BE0" w:rsidP="0093542F">
            <w:pPr>
              <w:spacing w:line="280" w:lineRule="exact"/>
              <w:jc w:val="center"/>
              <w:rPr>
                <w:rFonts w:ascii="BIZ UDゴシック" w:eastAsia="BIZ UDゴシック" w:hAnsi="BIZ UDゴシック"/>
              </w:rPr>
            </w:pPr>
            <w:r w:rsidRPr="000D031D">
              <w:rPr>
                <w:rFonts w:ascii="BIZ UDゴシック" w:eastAsia="BIZ UDゴシック" w:hAnsi="BIZ UDゴシック"/>
                <w:b/>
                <w:sz w:val="18"/>
              </w:rPr>
              <w:t>測定方法</w:t>
            </w:r>
          </w:p>
        </w:tc>
      </w:tr>
      <w:tr w:rsidR="00E60BE0" w:rsidRPr="000D031D" w14:paraId="3291C0FD" w14:textId="77777777" w:rsidTr="0093542F">
        <w:trPr>
          <w:cantSplit/>
          <w:trHeight w:val="624"/>
          <w:jc w:val="center"/>
        </w:trPr>
        <w:tc>
          <w:tcPr>
            <w:tcW w:w="2500" w:type="dxa"/>
            <w:tcMar>
              <w:top w:w="80" w:type="dxa"/>
              <w:left w:w="100" w:type="dxa"/>
              <w:bottom w:w="80" w:type="dxa"/>
              <w:right w:w="100" w:type="dxa"/>
            </w:tcMar>
            <w:vAlign w:val="center"/>
          </w:tcPr>
          <w:p w14:paraId="3CF2AB3B" w14:textId="77777777" w:rsidR="00E60BE0" w:rsidRPr="000D031D" w:rsidRDefault="00E60BE0" w:rsidP="0093542F">
            <w:pPr>
              <w:spacing w:line="280" w:lineRule="exact"/>
              <w:rPr>
                <w:rFonts w:ascii="BIZ UDゴシック" w:eastAsia="BIZ UDゴシック" w:hAnsi="BIZ UDゴシック"/>
              </w:rPr>
            </w:pPr>
          </w:p>
        </w:tc>
        <w:tc>
          <w:tcPr>
            <w:tcW w:w="1700" w:type="dxa"/>
            <w:tcMar>
              <w:top w:w="80" w:type="dxa"/>
              <w:left w:w="100" w:type="dxa"/>
              <w:bottom w:w="80" w:type="dxa"/>
              <w:right w:w="100" w:type="dxa"/>
            </w:tcMar>
            <w:vAlign w:val="center"/>
          </w:tcPr>
          <w:p w14:paraId="449FC5EF" w14:textId="77777777" w:rsidR="00E60BE0" w:rsidRPr="000D031D" w:rsidRDefault="00E60BE0" w:rsidP="0093542F">
            <w:pPr>
              <w:spacing w:line="280" w:lineRule="exact"/>
              <w:jc w:val="center"/>
              <w:rPr>
                <w:rFonts w:ascii="BIZ UDゴシック" w:eastAsia="BIZ UDゴシック" w:hAnsi="BIZ UDゴシック"/>
              </w:rPr>
            </w:pPr>
          </w:p>
        </w:tc>
        <w:tc>
          <w:tcPr>
            <w:tcW w:w="1500" w:type="dxa"/>
            <w:tcMar>
              <w:top w:w="80" w:type="dxa"/>
              <w:left w:w="100" w:type="dxa"/>
              <w:bottom w:w="80" w:type="dxa"/>
              <w:right w:w="100" w:type="dxa"/>
            </w:tcMar>
            <w:vAlign w:val="center"/>
          </w:tcPr>
          <w:p w14:paraId="407930F3" w14:textId="77777777" w:rsidR="00E60BE0" w:rsidRPr="000D031D" w:rsidRDefault="00E60BE0" w:rsidP="0093542F">
            <w:pPr>
              <w:spacing w:line="280" w:lineRule="exact"/>
              <w:jc w:val="center"/>
              <w:rPr>
                <w:rFonts w:ascii="BIZ UDゴシック" w:eastAsia="BIZ UDゴシック" w:hAnsi="BIZ UDゴシック"/>
              </w:rPr>
            </w:pPr>
          </w:p>
        </w:tc>
        <w:tc>
          <w:tcPr>
            <w:tcW w:w="2760" w:type="dxa"/>
            <w:tcMar>
              <w:top w:w="80" w:type="dxa"/>
              <w:left w:w="100" w:type="dxa"/>
              <w:bottom w:w="80" w:type="dxa"/>
              <w:right w:w="100" w:type="dxa"/>
            </w:tcMar>
            <w:vAlign w:val="center"/>
          </w:tcPr>
          <w:p w14:paraId="0457ACED"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2E89F059" w14:textId="77777777" w:rsidTr="0093542F">
        <w:trPr>
          <w:cantSplit/>
          <w:trHeight w:val="624"/>
          <w:jc w:val="center"/>
        </w:trPr>
        <w:tc>
          <w:tcPr>
            <w:tcW w:w="2500" w:type="dxa"/>
            <w:tcMar>
              <w:top w:w="80" w:type="dxa"/>
              <w:left w:w="100" w:type="dxa"/>
              <w:bottom w:w="80" w:type="dxa"/>
              <w:right w:w="100" w:type="dxa"/>
            </w:tcMar>
            <w:vAlign w:val="center"/>
          </w:tcPr>
          <w:p w14:paraId="1CA568ED" w14:textId="77777777" w:rsidR="00E60BE0" w:rsidRPr="000D031D" w:rsidRDefault="00E60BE0" w:rsidP="0093542F">
            <w:pPr>
              <w:spacing w:line="280" w:lineRule="exact"/>
              <w:rPr>
                <w:rFonts w:ascii="BIZ UDゴシック" w:eastAsia="BIZ UDゴシック" w:hAnsi="BIZ UDゴシック"/>
              </w:rPr>
            </w:pPr>
          </w:p>
        </w:tc>
        <w:tc>
          <w:tcPr>
            <w:tcW w:w="1700" w:type="dxa"/>
            <w:tcMar>
              <w:top w:w="80" w:type="dxa"/>
              <w:left w:w="100" w:type="dxa"/>
              <w:bottom w:w="80" w:type="dxa"/>
              <w:right w:w="100" w:type="dxa"/>
            </w:tcMar>
            <w:vAlign w:val="center"/>
          </w:tcPr>
          <w:p w14:paraId="10B71CB9" w14:textId="77777777" w:rsidR="00E60BE0" w:rsidRPr="000D031D" w:rsidRDefault="00E60BE0" w:rsidP="0093542F">
            <w:pPr>
              <w:spacing w:line="280" w:lineRule="exact"/>
              <w:jc w:val="center"/>
              <w:rPr>
                <w:rFonts w:ascii="BIZ UDゴシック" w:eastAsia="BIZ UDゴシック" w:hAnsi="BIZ UDゴシック"/>
              </w:rPr>
            </w:pPr>
          </w:p>
        </w:tc>
        <w:tc>
          <w:tcPr>
            <w:tcW w:w="1500" w:type="dxa"/>
            <w:tcMar>
              <w:top w:w="80" w:type="dxa"/>
              <w:left w:w="100" w:type="dxa"/>
              <w:bottom w:w="80" w:type="dxa"/>
              <w:right w:w="100" w:type="dxa"/>
            </w:tcMar>
            <w:vAlign w:val="center"/>
          </w:tcPr>
          <w:p w14:paraId="5BD5A9C4" w14:textId="77777777" w:rsidR="00E60BE0" w:rsidRPr="000D031D" w:rsidRDefault="00E60BE0" w:rsidP="0093542F">
            <w:pPr>
              <w:spacing w:line="280" w:lineRule="exact"/>
              <w:jc w:val="center"/>
              <w:rPr>
                <w:rFonts w:ascii="BIZ UDゴシック" w:eastAsia="BIZ UDゴシック" w:hAnsi="BIZ UDゴシック"/>
              </w:rPr>
            </w:pPr>
          </w:p>
        </w:tc>
        <w:tc>
          <w:tcPr>
            <w:tcW w:w="2760" w:type="dxa"/>
            <w:tcMar>
              <w:top w:w="80" w:type="dxa"/>
              <w:left w:w="100" w:type="dxa"/>
              <w:bottom w:w="80" w:type="dxa"/>
              <w:right w:w="100" w:type="dxa"/>
            </w:tcMar>
            <w:vAlign w:val="center"/>
          </w:tcPr>
          <w:p w14:paraId="2EDEA5C3"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73502144" w14:textId="77777777" w:rsidTr="0093542F">
        <w:trPr>
          <w:cantSplit/>
          <w:trHeight w:val="624"/>
          <w:jc w:val="center"/>
        </w:trPr>
        <w:tc>
          <w:tcPr>
            <w:tcW w:w="2500" w:type="dxa"/>
            <w:tcMar>
              <w:top w:w="80" w:type="dxa"/>
              <w:left w:w="100" w:type="dxa"/>
              <w:bottom w:w="80" w:type="dxa"/>
              <w:right w:w="100" w:type="dxa"/>
            </w:tcMar>
            <w:vAlign w:val="center"/>
          </w:tcPr>
          <w:p w14:paraId="7CD65D3F" w14:textId="77777777" w:rsidR="00E60BE0" w:rsidRPr="000D031D" w:rsidRDefault="00E60BE0" w:rsidP="0093542F">
            <w:pPr>
              <w:spacing w:line="280" w:lineRule="exact"/>
              <w:rPr>
                <w:rFonts w:ascii="BIZ UDゴシック" w:eastAsia="BIZ UDゴシック" w:hAnsi="BIZ UDゴシック"/>
              </w:rPr>
            </w:pPr>
          </w:p>
        </w:tc>
        <w:tc>
          <w:tcPr>
            <w:tcW w:w="1700" w:type="dxa"/>
            <w:tcMar>
              <w:top w:w="80" w:type="dxa"/>
              <w:left w:w="100" w:type="dxa"/>
              <w:bottom w:w="80" w:type="dxa"/>
              <w:right w:w="100" w:type="dxa"/>
            </w:tcMar>
            <w:vAlign w:val="center"/>
          </w:tcPr>
          <w:p w14:paraId="46C42EB3" w14:textId="77777777" w:rsidR="00E60BE0" w:rsidRPr="000D031D" w:rsidRDefault="00E60BE0" w:rsidP="0093542F">
            <w:pPr>
              <w:spacing w:line="280" w:lineRule="exact"/>
              <w:jc w:val="center"/>
              <w:rPr>
                <w:rFonts w:ascii="BIZ UDゴシック" w:eastAsia="BIZ UDゴシック" w:hAnsi="BIZ UDゴシック"/>
              </w:rPr>
            </w:pPr>
          </w:p>
        </w:tc>
        <w:tc>
          <w:tcPr>
            <w:tcW w:w="1500" w:type="dxa"/>
            <w:tcMar>
              <w:top w:w="80" w:type="dxa"/>
              <w:left w:w="100" w:type="dxa"/>
              <w:bottom w:w="80" w:type="dxa"/>
              <w:right w:w="100" w:type="dxa"/>
            </w:tcMar>
            <w:vAlign w:val="center"/>
          </w:tcPr>
          <w:p w14:paraId="6F4069C2" w14:textId="77777777" w:rsidR="00E60BE0" w:rsidRPr="000D031D" w:rsidRDefault="00E60BE0" w:rsidP="0093542F">
            <w:pPr>
              <w:spacing w:line="280" w:lineRule="exact"/>
              <w:jc w:val="center"/>
              <w:rPr>
                <w:rFonts w:ascii="BIZ UDゴシック" w:eastAsia="BIZ UDゴシック" w:hAnsi="BIZ UDゴシック"/>
              </w:rPr>
            </w:pPr>
          </w:p>
        </w:tc>
        <w:tc>
          <w:tcPr>
            <w:tcW w:w="2760" w:type="dxa"/>
            <w:tcMar>
              <w:top w:w="80" w:type="dxa"/>
              <w:left w:w="100" w:type="dxa"/>
              <w:bottom w:w="80" w:type="dxa"/>
              <w:right w:w="100" w:type="dxa"/>
            </w:tcMar>
            <w:vAlign w:val="center"/>
          </w:tcPr>
          <w:p w14:paraId="1526246D" w14:textId="77777777" w:rsidR="00E60BE0" w:rsidRPr="000D031D" w:rsidRDefault="00E60BE0" w:rsidP="0093542F">
            <w:pPr>
              <w:spacing w:line="280" w:lineRule="exact"/>
              <w:rPr>
                <w:rFonts w:ascii="BIZ UDゴシック" w:eastAsia="BIZ UDゴシック" w:hAnsi="BIZ UDゴシック"/>
              </w:rPr>
            </w:pPr>
          </w:p>
        </w:tc>
      </w:tr>
      <w:tr w:rsidR="00E60BE0" w:rsidRPr="000D031D" w14:paraId="66C216C2" w14:textId="77777777" w:rsidTr="0093542F">
        <w:trPr>
          <w:cantSplit/>
          <w:trHeight w:val="624"/>
          <w:jc w:val="center"/>
        </w:trPr>
        <w:tc>
          <w:tcPr>
            <w:tcW w:w="2500" w:type="dxa"/>
            <w:tcMar>
              <w:top w:w="80" w:type="dxa"/>
              <w:left w:w="100" w:type="dxa"/>
              <w:bottom w:w="80" w:type="dxa"/>
              <w:right w:w="100" w:type="dxa"/>
            </w:tcMar>
            <w:vAlign w:val="center"/>
          </w:tcPr>
          <w:p w14:paraId="64192C54" w14:textId="77777777" w:rsidR="00E60BE0" w:rsidRPr="000D031D" w:rsidRDefault="00E60BE0" w:rsidP="0093542F">
            <w:pPr>
              <w:spacing w:line="280" w:lineRule="exact"/>
              <w:rPr>
                <w:rFonts w:ascii="BIZ UDゴシック" w:eastAsia="BIZ UDゴシック" w:hAnsi="BIZ UDゴシック"/>
              </w:rPr>
            </w:pPr>
          </w:p>
        </w:tc>
        <w:tc>
          <w:tcPr>
            <w:tcW w:w="1700" w:type="dxa"/>
            <w:tcMar>
              <w:top w:w="80" w:type="dxa"/>
              <w:left w:w="100" w:type="dxa"/>
              <w:bottom w:w="80" w:type="dxa"/>
              <w:right w:w="100" w:type="dxa"/>
            </w:tcMar>
            <w:vAlign w:val="center"/>
          </w:tcPr>
          <w:p w14:paraId="34C691D2" w14:textId="77777777" w:rsidR="00E60BE0" w:rsidRPr="000D031D" w:rsidRDefault="00E60BE0" w:rsidP="0093542F">
            <w:pPr>
              <w:spacing w:line="280" w:lineRule="exact"/>
              <w:jc w:val="center"/>
              <w:rPr>
                <w:rFonts w:ascii="BIZ UDゴシック" w:eastAsia="BIZ UDゴシック" w:hAnsi="BIZ UDゴシック"/>
              </w:rPr>
            </w:pPr>
          </w:p>
        </w:tc>
        <w:tc>
          <w:tcPr>
            <w:tcW w:w="1500" w:type="dxa"/>
            <w:tcMar>
              <w:top w:w="80" w:type="dxa"/>
              <w:left w:w="100" w:type="dxa"/>
              <w:bottom w:w="80" w:type="dxa"/>
              <w:right w:w="100" w:type="dxa"/>
            </w:tcMar>
            <w:vAlign w:val="center"/>
          </w:tcPr>
          <w:p w14:paraId="40D4F011" w14:textId="77777777" w:rsidR="00E60BE0" w:rsidRPr="000D031D" w:rsidRDefault="00E60BE0" w:rsidP="0093542F">
            <w:pPr>
              <w:spacing w:line="280" w:lineRule="exact"/>
              <w:jc w:val="center"/>
              <w:rPr>
                <w:rFonts w:ascii="BIZ UDゴシック" w:eastAsia="BIZ UDゴシック" w:hAnsi="BIZ UDゴシック"/>
              </w:rPr>
            </w:pPr>
          </w:p>
        </w:tc>
        <w:tc>
          <w:tcPr>
            <w:tcW w:w="2760" w:type="dxa"/>
            <w:tcMar>
              <w:top w:w="80" w:type="dxa"/>
              <w:left w:w="100" w:type="dxa"/>
              <w:bottom w:w="80" w:type="dxa"/>
              <w:right w:w="100" w:type="dxa"/>
            </w:tcMar>
            <w:vAlign w:val="center"/>
          </w:tcPr>
          <w:p w14:paraId="440AA0A8" w14:textId="77777777" w:rsidR="00E60BE0" w:rsidRPr="000D031D" w:rsidRDefault="00E60BE0" w:rsidP="0093542F">
            <w:pPr>
              <w:spacing w:line="280" w:lineRule="exact"/>
              <w:rPr>
                <w:rFonts w:ascii="BIZ UDゴシック" w:eastAsia="BIZ UDゴシック" w:hAnsi="BIZ UDゴシック"/>
              </w:rPr>
            </w:pPr>
          </w:p>
        </w:tc>
      </w:tr>
    </w:tbl>
    <w:p w14:paraId="3EF0067D" w14:textId="77777777" w:rsidR="00E60BE0" w:rsidRPr="000D031D" w:rsidRDefault="00E60BE0" w:rsidP="000C05F8">
      <w:pPr>
        <w:spacing w:after="20"/>
        <w:ind w:leftChars="200" w:left="480"/>
        <w:rPr>
          <w:rFonts w:ascii="BIZ UDゴシック" w:eastAsia="BIZ UDゴシック" w:hAnsi="BIZ UDゴシック"/>
          <w:lang w:eastAsia="ja-JP"/>
        </w:rPr>
      </w:pPr>
      <w:r w:rsidRPr="000D031D">
        <w:rPr>
          <w:rFonts w:ascii="BIZ UDゴシック" w:eastAsia="BIZ UDゴシック" w:hAnsi="BIZ UDゴシック"/>
          <w:lang w:eastAsia="ja-JP"/>
        </w:rPr>
        <w:t>記載例：利用者数、作業時間、処理件数、満足度、地域への波及効果など</w:t>
      </w:r>
    </w:p>
    <w:p w14:paraId="1935C679" w14:textId="77777777" w:rsidR="00E60BE0" w:rsidRPr="000D031D" w:rsidRDefault="00E60BE0" w:rsidP="00E60BE0">
      <w:pPr>
        <w:keepNext/>
        <w:spacing w:before="80" w:after="40" w:line="320" w:lineRule="exact"/>
        <w:rPr>
          <w:rFonts w:ascii="BIZ UDゴシック" w:eastAsia="BIZ UDゴシック" w:hAnsi="BIZ UDゴシック"/>
          <w:lang w:eastAsia="ja-JP"/>
        </w:rPr>
      </w:pPr>
      <w:r w:rsidRPr="000D031D">
        <w:rPr>
          <w:rFonts w:ascii="BIZ UDゴシック" w:eastAsia="BIZ UDゴシック" w:hAnsi="BIZ UDゴシック"/>
          <w:b/>
          <w:lang w:eastAsia="ja-JP"/>
        </w:rPr>
        <w:t>6　実証後の展開と成果の共有</w:t>
      </w:r>
    </w:p>
    <w:tbl>
      <w:tblPr>
        <w:tblStyle w:val="afe"/>
        <w:tblW w:w="8460" w:type="dxa"/>
        <w:jc w:val="center"/>
        <w:tblLayout w:type="fixed"/>
        <w:tblLook w:val="04A0" w:firstRow="1" w:lastRow="0" w:firstColumn="1" w:lastColumn="0" w:noHBand="0" w:noVBand="1"/>
      </w:tblPr>
      <w:tblGrid>
        <w:gridCol w:w="2300"/>
        <w:gridCol w:w="6160"/>
      </w:tblGrid>
      <w:tr w:rsidR="00E60BE0" w:rsidRPr="000D031D" w14:paraId="50558492" w14:textId="77777777" w:rsidTr="0093542F">
        <w:trPr>
          <w:cantSplit/>
          <w:trHeight w:val="964"/>
          <w:jc w:val="center"/>
        </w:trPr>
        <w:tc>
          <w:tcPr>
            <w:tcW w:w="2300" w:type="dxa"/>
            <w:shd w:val="clear" w:color="auto" w:fill="E7ECF3"/>
            <w:tcMar>
              <w:top w:w="80" w:type="dxa"/>
              <w:left w:w="100" w:type="dxa"/>
              <w:bottom w:w="80" w:type="dxa"/>
              <w:right w:w="100" w:type="dxa"/>
            </w:tcMar>
            <w:vAlign w:val="center"/>
          </w:tcPr>
          <w:p w14:paraId="3F0BDA5C" w14:textId="77777777" w:rsidR="00E60BE0" w:rsidRPr="000C05F8" w:rsidRDefault="00E60BE0" w:rsidP="0093542F">
            <w:pPr>
              <w:spacing w:line="280" w:lineRule="exact"/>
              <w:rPr>
                <w:rFonts w:ascii="BIZ UDゴシック" w:eastAsia="BIZ UDゴシック" w:hAnsi="BIZ UDゴシック"/>
                <w:sz w:val="20"/>
                <w:szCs w:val="20"/>
              </w:rPr>
            </w:pPr>
            <w:r w:rsidRPr="000C05F8">
              <w:rPr>
                <w:rFonts w:ascii="BIZ UDゴシック" w:eastAsia="BIZ UDゴシック" w:hAnsi="BIZ UDゴシック"/>
                <w:b/>
                <w:sz w:val="20"/>
                <w:szCs w:val="20"/>
              </w:rPr>
              <w:t>実証後の展開</w:t>
            </w:r>
          </w:p>
        </w:tc>
        <w:tc>
          <w:tcPr>
            <w:tcW w:w="6160" w:type="dxa"/>
            <w:tcMar>
              <w:top w:w="80" w:type="dxa"/>
              <w:left w:w="100" w:type="dxa"/>
              <w:bottom w:w="80" w:type="dxa"/>
              <w:right w:w="100" w:type="dxa"/>
            </w:tcMar>
            <w:vAlign w:val="center"/>
          </w:tcPr>
          <w:p w14:paraId="44C4E36C"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社会実装、事業化、継続実施又は他地域への展開について、現時点の考えを記載してください。</w:t>
            </w:r>
          </w:p>
        </w:tc>
      </w:tr>
      <w:tr w:rsidR="00E60BE0" w:rsidRPr="000D031D" w14:paraId="6D736036" w14:textId="77777777" w:rsidTr="0093542F">
        <w:trPr>
          <w:cantSplit/>
          <w:trHeight w:val="850"/>
          <w:jc w:val="center"/>
        </w:trPr>
        <w:tc>
          <w:tcPr>
            <w:tcW w:w="2300" w:type="dxa"/>
            <w:shd w:val="clear" w:color="auto" w:fill="E7ECF3"/>
            <w:tcMar>
              <w:top w:w="80" w:type="dxa"/>
              <w:left w:w="100" w:type="dxa"/>
              <w:bottom w:w="80" w:type="dxa"/>
              <w:right w:w="100" w:type="dxa"/>
            </w:tcMar>
            <w:vAlign w:val="center"/>
          </w:tcPr>
          <w:p w14:paraId="7BCBA2D0" w14:textId="77777777" w:rsidR="00E60BE0" w:rsidRPr="000C05F8" w:rsidRDefault="00E60BE0" w:rsidP="0093542F">
            <w:pPr>
              <w:spacing w:line="280" w:lineRule="exact"/>
              <w:rPr>
                <w:rFonts w:ascii="BIZ UDゴシック" w:eastAsia="BIZ UDゴシック" w:hAnsi="BIZ UDゴシック"/>
                <w:sz w:val="20"/>
                <w:szCs w:val="20"/>
              </w:rPr>
            </w:pPr>
            <w:r w:rsidRPr="000C05F8">
              <w:rPr>
                <w:rFonts w:ascii="BIZ UDゴシック" w:eastAsia="BIZ UDゴシック" w:hAnsi="BIZ UDゴシック"/>
                <w:b/>
                <w:sz w:val="20"/>
                <w:szCs w:val="20"/>
              </w:rPr>
              <w:t>成果の共有</w:t>
            </w:r>
          </w:p>
        </w:tc>
        <w:tc>
          <w:tcPr>
            <w:tcW w:w="6160" w:type="dxa"/>
            <w:tcMar>
              <w:top w:w="80" w:type="dxa"/>
              <w:left w:w="100" w:type="dxa"/>
              <w:bottom w:w="80" w:type="dxa"/>
              <w:right w:w="100" w:type="dxa"/>
            </w:tcMar>
            <w:vAlign w:val="center"/>
          </w:tcPr>
          <w:p w14:paraId="4E31F43B"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市による成果公表、事例紹介、成果発表会等に協力できる内容を記載してください。</w:t>
            </w:r>
          </w:p>
        </w:tc>
      </w:tr>
      <w:tr w:rsidR="00E60BE0" w:rsidRPr="000D031D" w14:paraId="064453A6" w14:textId="77777777" w:rsidTr="0093542F">
        <w:trPr>
          <w:cantSplit/>
          <w:trHeight w:val="737"/>
          <w:jc w:val="center"/>
        </w:trPr>
        <w:tc>
          <w:tcPr>
            <w:tcW w:w="2300" w:type="dxa"/>
            <w:shd w:val="clear" w:color="auto" w:fill="E7ECF3"/>
            <w:tcMar>
              <w:top w:w="80" w:type="dxa"/>
              <w:left w:w="100" w:type="dxa"/>
              <w:bottom w:w="80" w:type="dxa"/>
              <w:right w:w="100" w:type="dxa"/>
            </w:tcMar>
            <w:vAlign w:val="center"/>
          </w:tcPr>
          <w:p w14:paraId="7E3EDD37" w14:textId="77777777" w:rsidR="00E60BE0" w:rsidRPr="000C05F8" w:rsidRDefault="00E60BE0" w:rsidP="0093542F">
            <w:pPr>
              <w:spacing w:line="280" w:lineRule="exact"/>
              <w:rPr>
                <w:rFonts w:ascii="BIZ UDゴシック" w:eastAsia="BIZ UDゴシック" w:hAnsi="BIZ UDゴシック"/>
                <w:sz w:val="20"/>
                <w:szCs w:val="20"/>
              </w:rPr>
            </w:pPr>
            <w:r w:rsidRPr="000C05F8">
              <w:rPr>
                <w:rFonts w:ascii="BIZ UDゴシック" w:eastAsia="BIZ UDゴシック" w:hAnsi="BIZ UDゴシック"/>
                <w:b/>
                <w:sz w:val="20"/>
                <w:szCs w:val="20"/>
              </w:rPr>
              <w:t>公表できない情報</w:t>
            </w:r>
          </w:p>
        </w:tc>
        <w:tc>
          <w:tcPr>
            <w:tcW w:w="6160" w:type="dxa"/>
            <w:tcMar>
              <w:top w:w="80" w:type="dxa"/>
              <w:left w:w="100" w:type="dxa"/>
              <w:bottom w:w="80" w:type="dxa"/>
              <w:right w:w="100" w:type="dxa"/>
            </w:tcMar>
            <w:vAlign w:val="center"/>
          </w:tcPr>
          <w:p w14:paraId="4CB992DF" w14:textId="77777777" w:rsidR="00E60BE0" w:rsidRPr="000D031D" w:rsidRDefault="00E60BE0" w:rsidP="0093542F">
            <w:pPr>
              <w:spacing w:line="280" w:lineRule="exact"/>
              <w:rPr>
                <w:rFonts w:ascii="BIZ UDゴシック" w:eastAsia="BIZ UDゴシック" w:hAnsi="BIZ UDゴシック"/>
                <w:lang w:eastAsia="ja-JP"/>
              </w:rPr>
            </w:pPr>
            <w:r w:rsidRPr="000D031D">
              <w:rPr>
                <w:rFonts w:ascii="BIZ UDゴシック" w:eastAsia="BIZ UDゴシック" w:hAnsi="BIZ UDゴシック"/>
                <w:sz w:val="18"/>
                <w:lang w:eastAsia="ja-JP"/>
              </w:rPr>
              <w:t>企業秘密、個人情報等、公表できない情報がある場合は、その内容と理由を記載してください。</w:t>
            </w:r>
          </w:p>
        </w:tc>
      </w:tr>
    </w:tbl>
    <w:p w14:paraId="0649CA98" w14:textId="27332A45" w:rsidR="00E60BE0" w:rsidRPr="000D031D" w:rsidRDefault="00E60BE0" w:rsidP="00E60BE0">
      <w:pPr>
        <w:keepNext/>
        <w:spacing w:before="80" w:after="40" w:line="320" w:lineRule="exact"/>
        <w:rPr>
          <w:rFonts w:ascii="BIZ UDゴシック" w:eastAsia="BIZ UDゴシック" w:hAnsi="BIZ UDゴシック"/>
          <w:lang w:eastAsia="ja-JP"/>
        </w:rPr>
      </w:pPr>
      <w:r w:rsidRPr="000D031D">
        <w:rPr>
          <w:rFonts w:ascii="BIZ UDゴシック" w:eastAsia="BIZ UDゴシック" w:hAnsi="BIZ UDゴシック"/>
          <w:b/>
          <w:lang w:eastAsia="ja-JP"/>
        </w:rPr>
        <w:t>7　個人情報・情報セキュリティの確認</w:t>
      </w:r>
      <w:r w:rsidR="00937E17">
        <w:rPr>
          <w:rFonts w:ascii="BIZ UDゴシック" w:eastAsia="BIZ UDゴシック" w:hAnsi="BIZ UDゴシック" w:hint="eastAsia"/>
          <w:b/>
          <w:lang w:eastAsia="ja-JP"/>
        </w:rPr>
        <w:t>（該当するものすべてに✓をしてください。）</w:t>
      </w:r>
    </w:p>
    <w:p w14:paraId="57EDE10A" w14:textId="77777777" w:rsidR="00E60BE0" w:rsidRPr="000D031D" w:rsidRDefault="00E60BE0" w:rsidP="000C05F8">
      <w:pPr>
        <w:spacing w:line="280" w:lineRule="exact"/>
        <w:ind w:left="425" w:hangingChars="177" w:hanging="425"/>
        <w:rPr>
          <w:rFonts w:ascii="BIZ UDゴシック" w:eastAsia="BIZ UDゴシック" w:hAnsi="BIZ UDゴシック"/>
          <w:lang w:eastAsia="ja-JP"/>
        </w:rPr>
      </w:pPr>
      <w:r w:rsidRPr="000D031D">
        <w:rPr>
          <w:rFonts w:ascii="BIZ UDゴシック" w:eastAsia="BIZ UDゴシック" w:hAnsi="BIZ UDゴシック"/>
          <w:lang w:eastAsia="ja-JP"/>
        </w:rPr>
        <w:t>□　個人情報を取り扱わない。</w:t>
      </w:r>
    </w:p>
    <w:p w14:paraId="5BDF22D5" w14:textId="77777777" w:rsidR="00E60BE0" w:rsidRPr="000D031D" w:rsidRDefault="00E60BE0" w:rsidP="000C05F8">
      <w:pPr>
        <w:spacing w:line="280" w:lineRule="exact"/>
        <w:ind w:left="425" w:hangingChars="177" w:hanging="425"/>
        <w:rPr>
          <w:rFonts w:ascii="BIZ UDゴシック" w:eastAsia="BIZ UDゴシック" w:hAnsi="BIZ UDゴシック"/>
          <w:lang w:eastAsia="ja-JP"/>
        </w:rPr>
      </w:pPr>
      <w:r w:rsidRPr="000D031D">
        <w:rPr>
          <w:rFonts w:ascii="BIZ UDゴシック" w:eastAsia="BIZ UDゴシック" w:hAnsi="BIZ UDゴシック"/>
          <w:lang w:eastAsia="ja-JP"/>
        </w:rPr>
        <w:t>□　個人情報を取り扱うため、利用目的、管理方法、保存期間及び廃棄方法を整理している。</w:t>
      </w:r>
    </w:p>
    <w:p w14:paraId="1A483C4B" w14:textId="77777777" w:rsidR="00E60BE0" w:rsidRPr="000D031D" w:rsidRDefault="00E60BE0" w:rsidP="000C05F8">
      <w:pPr>
        <w:spacing w:line="280" w:lineRule="exact"/>
        <w:ind w:left="425" w:hangingChars="177" w:hanging="425"/>
        <w:rPr>
          <w:rFonts w:ascii="BIZ UDゴシック" w:eastAsia="BIZ UDゴシック" w:hAnsi="BIZ UDゴシック"/>
          <w:lang w:eastAsia="ja-JP"/>
        </w:rPr>
      </w:pPr>
      <w:r w:rsidRPr="000D031D">
        <w:rPr>
          <w:rFonts w:ascii="BIZ UDゴシック" w:eastAsia="BIZ UDゴシック" w:hAnsi="BIZ UDゴシック"/>
          <w:lang w:eastAsia="ja-JP"/>
        </w:rPr>
        <w:t>□　クラウドサービス等を利用する場合、アクセス権限、データの保存場所及び安全管理を確認している。</w:t>
      </w:r>
    </w:p>
    <w:p w14:paraId="603DC6D6" w14:textId="77777777" w:rsidR="00E60BE0" w:rsidRPr="000D031D" w:rsidRDefault="00E60BE0" w:rsidP="000C05F8">
      <w:pPr>
        <w:spacing w:line="280" w:lineRule="exact"/>
        <w:ind w:left="425" w:hangingChars="177" w:hanging="425"/>
        <w:rPr>
          <w:rFonts w:ascii="BIZ UDゴシック" w:eastAsia="BIZ UDゴシック" w:hAnsi="BIZ UDゴシック"/>
          <w:lang w:eastAsia="ja-JP"/>
        </w:rPr>
      </w:pPr>
      <w:r w:rsidRPr="000D031D">
        <w:rPr>
          <w:rFonts w:ascii="BIZ UDゴシック" w:eastAsia="BIZ UDゴシック" w:hAnsi="BIZ UDゴシック"/>
          <w:lang w:eastAsia="ja-JP"/>
        </w:rPr>
        <w:t>□　外部事業者に委託する場合、秘密保持、再委託、事故発生時の対応等を確認している。</w:t>
      </w:r>
    </w:p>
    <w:p w14:paraId="3D01E56C" w14:textId="44AB5D64" w:rsidR="00DD1667" w:rsidRPr="000D031D" w:rsidRDefault="00E60BE0" w:rsidP="00E60BE0">
      <w:pPr>
        <w:spacing w:before="40"/>
        <w:rPr>
          <w:rFonts w:ascii="BIZ UDゴシック" w:eastAsia="BIZ UDゴシック" w:hAnsi="BIZ UDゴシック"/>
          <w:sz w:val="18"/>
        </w:rPr>
      </w:pPr>
      <w:r w:rsidRPr="000D031D">
        <w:rPr>
          <w:rFonts w:ascii="BIZ UDゴシック" w:eastAsia="BIZ UDゴシック" w:hAnsi="BIZ UDゴシック"/>
        </w:rPr>
        <w:t>補足事項：</w:t>
      </w:r>
    </w:p>
    <w:p w14:paraId="306242D9" w14:textId="207E511E" w:rsidR="00E60BE0" w:rsidRPr="000D031D" w:rsidRDefault="00DD1667" w:rsidP="006B3B5E">
      <w:pPr>
        <w:spacing w:after="200" w:line="276" w:lineRule="auto"/>
        <w:rPr>
          <w:rFonts w:ascii="BIZ UDゴシック" w:eastAsia="BIZ UDゴシック" w:hAnsi="BIZ UDゴシック"/>
          <w:sz w:val="18"/>
          <w:lang w:eastAsia="ja-JP"/>
        </w:rPr>
      </w:pPr>
      <w:r w:rsidRPr="000D031D">
        <w:rPr>
          <w:rFonts w:ascii="BIZ UDゴシック" w:eastAsia="BIZ UDゴシック" w:hAnsi="BIZ UDゴシック"/>
          <w:sz w:val="18"/>
        </w:rPr>
        <w:br w:type="page"/>
      </w:r>
    </w:p>
    <w:p w14:paraId="419AB3DE" w14:textId="503AE2CB"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様式第2（第</w:t>
      </w:r>
      <w:r w:rsidR="001F41E0" w:rsidRPr="003D7B8D">
        <w:rPr>
          <w:rFonts w:ascii="BIZ UDゴシック" w:eastAsia="BIZ UDゴシック" w:hAnsi="BIZ UDゴシック" w:hint="eastAsia"/>
          <w:lang w:eastAsia="ja-JP"/>
        </w:rPr>
        <w:t>9</w:t>
      </w:r>
      <w:r w:rsidRPr="003D7B8D">
        <w:rPr>
          <w:rFonts w:ascii="BIZ UDゴシック" w:eastAsia="BIZ UDゴシック" w:hAnsi="BIZ UDゴシック"/>
          <w:lang w:eastAsia="zh-TW"/>
        </w:rPr>
        <w:t>条関係）</w:t>
      </w:r>
    </w:p>
    <w:p w14:paraId="66F31035" w14:textId="1607C3DE" w:rsidR="005D534D" w:rsidRDefault="0044372A">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42F1D62B" w14:textId="77777777" w:rsidR="000C05F8" w:rsidRPr="000C05F8" w:rsidRDefault="000C05F8">
      <w:pPr>
        <w:spacing w:after="60"/>
        <w:jc w:val="right"/>
        <w:rPr>
          <w:rFonts w:ascii="BIZ UDゴシック" w:eastAsia="PMingLiU" w:hAnsi="BIZ UDゴシック"/>
          <w:lang w:eastAsia="zh-TW"/>
        </w:rPr>
      </w:pPr>
    </w:p>
    <w:p w14:paraId="15C1A2D0" w14:textId="52B20424" w:rsidR="005D534D" w:rsidRDefault="0044372A">
      <w:pPr>
        <w:spacing w:after="40"/>
        <w:rPr>
          <w:rFonts w:ascii="BIZ UDゴシック" w:eastAsia="PMingLiU" w:hAnsi="BIZ UDゴシック"/>
          <w:lang w:eastAsia="zh-TW"/>
        </w:rPr>
      </w:pPr>
      <w:r w:rsidRPr="000D031D">
        <w:rPr>
          <w:rFonts w:ascii="BIZ UDゴシック" w:eastAsia="BIZ UDゴシック" w:hAnsi="BIZ UDゴシック"/>
          <w:lang w:eastAsia="zh-TW"/>
        </w:rPr>
        <w:t xml:space="preserve">　　　　　　　　　様</w:t>
      </w:r>
    </w:p>
    <w:p w14:paraId="1255AEB9" w14:textId="77777777" w:rsidR="000C05F8" w:rsidRPr="000C05F8" w:rsidRDefault="000C05F8">
      <w:pPr>
        <w:spacing w:after="40"/>
        <w:rPr>
          <w:rFonts w:ascii="BIZ UDゴシック" w:eastAsia="PMingLiU" w:hAnsi="BIZ UDゴシック"/>
          <w:lang w:eastAsia="zh-TW"/>
        </w:rPr>
      </w:pPr>
    </w:p>
    <w:p w14:paraId="408FCC12" w14:textId="77777777" w:rsidR="005D534D" w:rsidRPr="000D031D" w:rsidRDefault="0044372A">
      <w:pPr>
        <w:spacing w:after="80"/>
        <w:jc w:val="right"/>
        <w:rPr>
          <w:rFonts w:ascii="BIZ UDゴシック" w:eastAsia="BIZ UDゴシック" w:hAnsi="BIZ UDゴシック"/>
          <w:lang w:eastAsia="ja-JP"/>
        </w:rPr>
      </w:pPr>
      <w:r w:rsidRPr="000D031D">
        <w:rPr>
          <w:rFonts w:ascii="BIZ UDゴシック" w:eastAsia="BIZ UDゴシック" w:hAnsi="BIZ UDゴシック"/>
          <w:lang w:eastAsia="zh-TW"/>
        </w:rPr>
        <w:t>半田市長　　　　　　　　　　　　　　印</w:t>
      </w:r>
    </w:p>
    <w:p w14:paraId="2F86DAE6" w14:textId="7C1CBA48" w:rsidR="00376776" w:rsidRDefault="00376776">
      <w:pPr>
        <w:spacing w:after="80"/>
        <w:jc w:val="right"/>
        <w:rPr>
          <w:rFonts w:ascii="BIZ UDゴシック" w:eastAsia="BIZ UDゴシック" w:hAnsi="BIZ UDゴシック"/>
          <w:lang w:eastAsia="ja-JP"/>
        </w:rPr>
      </w:pPr>
    </w:p>
    <w:p w14:paraId="75235C81" w14:textId="77777777" w:rsidR="000C05F8" w:rsidRPr="000D031D" w:rsidRDefault="000C05F8">
      <w:pPr>
        <w:spacing w:after="80"/>
        <w:jc w:val="right"/>
        <w:rPr>
          <w:rFonts w:ascii="BIZ UDゴシック" w:eastAsia="BIZ UDゴシック" w:hAnsi="BIZ UDゴシック"/>
          <w:lang w:eastAsia="ja-JP"/>
        </w:rPr>
      </w:pPr>
    </w:p>
    <w:p w14:paraId="6794A574" w14:textId="77777777" w:rsidR="005D534D" w:rsidRPr="000D031D" w:rsidRDefault="0044372A">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半田市デジタル技術実証サポート事業補助金交付決定通知書</w:t>
      </w:r>
    </w:p>
    <w:p w14:paraId="6EC6F381" w14:textId="68A0C6E8" w:rsidR="00376776" w:rsidRDefault="00376776">
      <w:pPr>
        <w:spacing w:before="100" w:after="100"/>
        <w:jc w:val="center"/>
        <w:rPr>
          <w:rFonts w:ascii="BIZ UDゴシック" w:eastAsia="BIZ UDゴシック" w:hAnsi="BIZ UDゴシック"/>
          <w:lang w:eastAsia="ja-JP"/>
        </w:rPr>
      </w:pPr>
    </w:p>
    <w:p w14:paraId="7AFBB0D5" w14:textId="77777777" w:rsidR="000C05F8" w:rsidRPr="000D031D" w:rsidRDefault="000C05F8">
      <w:pPr>
        <w:spacing w:before="100" w:after="100"/>
        <w:jc w:val="center"/>
        <w:rPr>
          <w:rFonts w:ascii="BIZ UDゴシック" w:eastAsia="BIZ UDゴシック" w:hAnsi="BIZ UDゴシック"/>
          <w:lang w:eastAsia="ja-JP"/>
        </w:rPr>
      </w:pPr>
    </w:p>
    <w:p w14:paraId="4C9C47F4" w14:textId="77777777" w:rsidR="005D534D" w:rsidRPr="000D031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日付けで申請のありました半田市デジタル技術実証サポート事業補助金については、下記のとおり交付することに決定しましたので通知します。</w:t>
      </w:r>
    </w:p>
    <w:p w14:paraId="5FF381AC" w14:textId="24BBD391" w:rsidR="00376776" w:rsidRDefault="00376776">
      <w:pPr>
        <w:spacing w:after="80"/>
        <w:ind w:firstLine="210"/>
        <w:rPr>
          <w:rFonts w:ascii="BIZ UDゴシック" w:eastAsia="BIZ UDゴシック" w:hAnsi="BIZ UDゴシック"/>
          <w:lang w:eastAsia="ja-JP"/>
        </w:rPr>
      </w:pPr>
    </w:p>
    <w:p w14:paraId="54B022A3" w14:textId="77777777" w:rsidR="000C05F8" w:rsidRPr="000D031D" w:rsidRDefault="000C05F8">
      <w:pPr>
        <w:spacing w:after="80"/>
        <w:ind w:firstLine="210"/>
        <w:rPr>
          <w:rFonts w:ascii="BIZ UDゴシック" w:eastAsia="BIZ UDゴシック" w:hAnsi="BIZ UDゴシック"/>
          <w:lang w:eastAsia="ja-JP"/>
        </w:rPr>
      </w:pPr>
    </w:p>
    <w:p w14:paraId="22813C4D" w14:textId="77777777" w:rsidR="005D534D" w:rsidRPr="000D031D" w:rsidRDefault="0044372A">
      <w:pPr>
        <w:spacing w:after="80"/>
        <w:jc w:val="center"/>
        <w:rPr>
          <w:rFonts w:ascii="BIZ UDゴシック" w:eastAsia="BIZ UDゴシック" w:hAnsi="BIZ UDゴシック"/>
          <w:lang w:eastAsia="zh-TW"/>
        </w:rPr>
      </w:pPr>
      <w:r w:rsidRPr="000D031D">
        <w:rPr>
          <w:rFonts w:ascii="BIZ UDゴシック" w:eastAsia="BIZ UDゴシック" w:hAnsi="BIZ UDゴシック"/>
          <w:lang w:eastAsia="zh-TW"/>
        </w:rPr>
        <w:t>記</w:t>
      </w:r>
    </w:p>
    <w:p w14:paraId="52F31596" w14:textId="77777777" w:rsidR="005D534D" w:rsidRPr="000D031D" w:rsidRDefault="0044372A" w:rsidP="00C01710">
      <w:pPr>
        <w:spacing w:after="6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1　補助事業名</w:t>
      </w:r>
    </w:p>
    <w:p w14:paraId="528FFD7F" w14:textId="48758254" w:rsidR="005D534D" w:rsidRPr="000D031D" w:rsidRDefault="0044372A" w:rsidP="00C01710">
      <w:pPr>
        <w:spacing w:after="6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 xml:space="preserve">2　補助金交付決定額　　</w:t>
      </w:r>
      <w:r w:rsidR="00376776" w:rsidRPr="000D031D">
        <w:rPr>
          <w:rFonts w:ascii="BIZ UDゴシック" w:eastAsia="BIZ UDゴシック" w:hAnsi="BIZ UDゴシック" w:hint="eastAsia"/>
          <w:lang w:eastAsia="ja-JP"/>
        </w:rPr>
        <w:t xml:space="preserve">　</w:t>
      </w:r>
      <w:r w:rsidRPr="000D031D">
        <w:rPr>
          <w:rFonts w:ascii="BIZ UDゴシック" w:eastAsia="BIZ UDゴシック" w:hAnsi="BIZ UDゴシック"/>
          <w:lang w:eastAsia="zh-TW"/>
        </w:rPr>
        <w:t>金　　　　　　　　　円</w:t>
      </w:r>
    </w:p>
    <w:p w14:paraId="78FCE173" w14:textId="77777777" w:rsidR="005D534D" w:rsidRPr="000D031D" w:rsidRDefault="0044372A" w:rsidP="00C01710">
      <w:pPr>
        <w:spacing w:after="60" w:line="360" w:lineRule="auto"/>
        <w:rPr>
          <w:rFonts w:ascii="BIZ UDゴシック" w:eastAsia="BIZ UDゴシック" w:hAnsi="BIZ UDゴシック"/>
          <w:lang w:eastAsia="ja-JP"/>
        </w:rPr>
      </w:pPr>
      <w:r w:rsidRPr="000D031D">
        <w:rPr>
          <w:rFonts w:ascii="BIZ UDゴシック" w:eastAsia="BIZ UDゴシック" w:hAnsi="BIZ UDゴシック"/>
          <w:lang w:eastAsia="ja-JP"/>
        </w:rPr>
        <w:t>3　交付の条件</w:t>
      </w:r>
    </w:p>
    <w:p w14:paraId="186203B2" w14:textId="77777777" w:rsidR="005D534D" w:rsidRPr="000D031D" w:rsidRDefault="0044372A" w:rsidP="006B3B5E">
      <w:pPr>
        <w:ind w:leftChars="134" w:left="809" w:hangingChars="203" w:hanging="487"/>
        <w:rPr>
          <w:rFonts w:ascii="BIZ UDゴシック" w:eastAsia="BIZ UDゴシック" w:hAnsi="BIZ UDゴシック"/>
          <w:lang w:eastAsia="ja-JP"/>
        </w:rPr>
      </w:pPr>
      <w:r w:rsidRPr="000D031D">
        <w:rPr>
          <w:rFonts w:ascii="BIZ UDゴシック" w:eastAsia="BIZ UDゴシック" w:hAnsi="BIZ UDゴシック"/>
          <w:lang w:eastAsia="ja-JP"/>
        </w:rPr>
        <w:t>（1）補助金は、上記補助事業以外の用途に使用してはならない。</w:t>
      </w:r>
    </w:p>
    <w:p w14:paraId="03349484" w14:textId="77777777" w:rsidR="005D534D" w:rsidRPr="000D031D" w:rsidRDefault="0044372A" w:rsidP="006B3B5E">
      <w:pPr>
        <w:ind w:leftChars="134" w:left="809" w:hangingChars="203" w:hanging="487"/>
        <w:rPr>
          <w:rFonts w:ascii="BIZ UDゴシック" w:eastAsia="BIZ UDゴシック" w:hAnsi="BIZ UDゴシック"/>
          <w:lang w:eastAsia="ja-JP"/>
        </w:rPr>
      </w:pPr>
      <w:r w:rsidRPr="000D031D">
        <w:rPr>
          <w:rFonts w:ascii="BIZ UDゴシック" w:eastAsia="BIZ UDゴシック" w:hAnsi="BIZ UDゴシック"/>
          <w:lang w:eastAsia="ja-JP"/>
        </w:rPr>
        <w:t>（2）半田市デジタル技術実証サポート事業補助金交付要綱及びこの通知に付した条件を遵守すること。</w:t>
      </w:r>
    </w:p>
    <w:p w14:paraId="13323F0F" w14:textId="77777777" w:rsidR="005D534D" w:rsidRPr="000D031D" w:rsidRDefault="0044372A" w:rsidP="006B3B5E">
      <w:pPr>
        <w:ind w:leftChars="134" w:left="809" w:hangingChars="203" w:hanging="487"/>
        <w:rPr>
          <w:rFonts w:ascii="BIZ UDゴシック" w:eastAsia="BIZ UDゴシック" w:hAnsi="BIZ UDゴシック"/>
          <w:lang w:eastAsia="ja-JP"/>
        </w:rPr>
      </w:pPr>
      <w:r w:rsidRPr="000D031D">
        <w:rPr>
          <w:rFonts w:ascii="BIZ UDゴシック" w:eastAsia="BIZ UDゴシック" w:hAnsi="BIZ UDゴシック"/>
          <w:lang w:eastAsia="ja-JP"/>
        </w:rPr>
        <w:t xml:space="preserve">（3）その他　　　　　　　　　　　　　　　　　　　　　　　　　　　</w:t>
      </w:r>
    </w:p>
    <w:p w14:paraId="0A0238C4" w14:textId="77777777" w:rsidR="00DD6BE3" w:rsidRPr="000D031D" w:rsidRDefault="00DD6BE3">
      <w:pPr>
        <w:ind w:left="227"/>
        <w:rPr>
          <w:rFonts w:ascii="BIZ UDゴシック" w:eastAsia="BIZ UDゴシック" w:hAnsi="BIZ UDゴシック"/>
          <w:lang w:eastAsia="ja-JP"/>
        </w:rPr>
      </w:pPr>
    </w:p>
    <w:p w14:paraId="3E55E2D3" w14:textId="720E5A07" w:rsidR="002D22A6" w:rsidRPr="000D031D" w:rsidRDefault="0044372A" w:rsidP="00605361">
      <w:pPr>
        <w:spacing w:after="60"/>
        <w:rPr>
          <w:rFonts w:ascii="BIZ UDゴシック" w:eastAsia="BIZ UDゴシック" w:hAnsi="BIZ UDゴシック"/>
          <w:lang w:eastAsia="zh-TW"/>
        </w:rPr>
      </w:pPr>
      <w:r w:rsidRPr="000D031D">
        <w:rPr>
          <w:rFonts w:ascii="BIZ UDゴシック" w:eastAsia="BIZ UDゴシック" w:hAnsi="BIZ UDゴシック"/>
          <w:lang w:eastAsia="ja-JP"/>
        </w:rPr>
        <w:br w:type="page"/>
      </w:r>
      <w:r w:rsidR="002D22A6" w:rsidRPr="003D7B8D">
        <w:rPr>
          <w:rFonts w:ascii="BIZ UDゴシック" w:eastAsia="BIZ UDゴシック" w:hAnsi="BIZ UDゴシック"/>
          <w:lang w:eastAsia="zh-TW"/>
        </w:rPr>
        <w:lastRenderedPageBreak/>
        <w:t>様式第</w:t>
      </w:r>
      <w:r w:rsidR="005B58E6" w:rsidRPr="003D7B8D">
        <w:rPr>
          <w:rFonts w:ascii="BIZ UDゴシック" w:eastAsia="BIZ UDゴシック" w:hAnsi="BIZ UDゴシック" w:hint="eastAsia"/>
          <w:lang w:eastAsia="ja-JP"/>
        </w:rPr>
        <w:t>3</w:t>
      </w:r>
      <w:r w:rsidR="002D22A6" w:rsidRPr="003D7B8D">
        <w:rPr>
          <w:rFonts w:ascii="BIZ UDゴシック" w:eastAsia="BIZ UDゴシック" w:hAnsi="BIZ UDゴシック"/>
          <w:lang w:eastAsia="zh-TW"/>
        </w:rPr>
        <w:t>（第</w:t>
      </w:r>
      <w:r w:rsidR="002D22A6" w:rsidRPr="003D7B8D">
        <w:rPr>
          <w:rFonts w:ascii="BIZ UDゴシック" w:eastAsia="BIZ UDゴシック" w:hAnsi="BIZ UDゴシック" w:hint="eastAsia"/>
          <w:lang w:eastAsia="ja-JP"/>
        </w:rPr>
        <w:t>9</w:t>
      </w:r>
      <w:r w:rsidR="002D22A6" w:rsidRPr="003D7B8D">
        <w:rPr>
          <w:rFonts w:ascii="BIZ UDゴシック" w:eastAsia="BIZ UDゴシック" w:hAnsi="BIZ UDゴシック"/>
          <w:lang w:eastAsia="zh-TW"/>
        </w:rPr>
        <w:t>条関係）</w:t>
      </w:r>
    </w:p>
    <w:p w14:paraId="7FEB884C" w14:textId="77802568" w:rsidR="002D22A6" w:rsidRDefault="002D22A6" w:rsidP="002D22A6">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0A27F1A2" w14:textId="77777777" w:rsidR="00C01710" w:rsidRPr="00C01710" w:rsidRDefault="00C01710" w:rsidP="002D22A6">
      <w:pPr>
        <w:spacing w:after="60"/>
        <w:jc w:val="right"/>
        <w:rPr>
          <w:rFonts w:ascii="BIZ UDゴシック" w:eastAsia="PMingLiU" w:hAnsi="BIZ UDゴシック"/>
          <w:lang w:eastAsia="zh-TW"/>
        </w:rPr>
      </w:pPr>
    </w:p>
    <w:p w14:paraId="09D8CF0A" w14:textId="396D883A" w:rsidR="002D22A6" w:rsidRDefault="002D22A6" w:rsidP="002D22A6">
      <w:pPr>
        <w:spacing w:after="40"/>
        <w:rPr>
          <w:rFonts w:ascii="BIZ UDゴシック" w:eastAsia="PMingLiU" w:hAnsi="BIZ UDゴシック"/>
          <w:lang w:eastAsia="zh-TW"/>
        </w:rPr>
      </w:pPr>
      <w:r w:rsidRPr="000D031D">
        <w:rPr>
          <w:rFonts w:ascii="BIZ UDゴシック" w:eastAsia="BIZ UDゴシック" w:hAnsi="BIZ UDゴシック"/>
          <w:lang w:eastAsia="zh-TW"/>
        </w:rPr>
        <w:t xml:space="preserve">　　　　　　　　　様</w:t>
      </w:r>
    </w:p>
    <w:p w14:paraId="3A0FF1A3" w14:textId="77777777" w:rsidR="00C01710" w:rsidRPr="00C01710" w:rsidRDefault="00C01710" w:rsidP="002D22A6">
      <w:pPr>
        <w:spacing w:after="40"/>
        <w:rPr>
          <w:rFonts w:ascii="BIZ UDゴシック" w:eastAsia="PMingLiU" w:hAnsi="BIZ UDゴシック"/>
          <w:lang w:eastAsia="zh-TW"/>
        </w:rPr>
      </w:pPr>
    </w:p>
    <w:p w14:paraId="5D8B56D2" w14:textId="77777777" w:rsidR="002D22A6" w:rsidRPr="000D031D" w:rsidRDefault="002D22A6" w:rsidP="002D22A6">
      <w:pPr>
        <w:spacing w:after="80"/>
        <w:jc w:val="right"/>
        <w:rPr>
          <w:rFonts w:ascii="BIZ UDゴシック" w:eastAsia="BIZ UDゴシック" w:hAnsi="BIZ UDゴシック"/>
          <w:lang w:eastAsia="zh-TW"/>
        </w:rPr>
      </w:pPr>
      <w:r w:rsidRPr="000D031D">
        <w:rPr>
          <w:rFonts w:ascii="BIZ UDゴシック" w:eastAsia="BIZ UDゴシック" w:hAnsi="BIZ UDゴシック"/>
          <w:lang w:eastAsia="zh-TW"/>
        </w:rPr>
        <w:t>半田市長　　　　　　　　　　　　　　印</w:t>
      </w:r>
    </w:p>
    <w:p w14:paraId="6F2913B0" w14:textId="10B5C885" w:rsidR="00376776" w:rsidRDefault="00376776" w:rsidP="002D22A6">
      <w:pPr>
        <w:spacing w:after="80"/>
        <w:jc w:val="right"/>
        <w:rPr>
          <w:rFonts w:ascii="BIZ UDゴシック" w:eastAsia="PMingLiU" w:hAnsi="BIZ UDゴシック"/>
          <w:lang w:eastAsia="zh-TW"/>
        </w:rPr>
      </w:pPr>
    </w:p>
    <w:p w14:paraId="28DA42AD" w14:textId="77777777" w:rsidR="00C01710" w:rsidRPr="00C01710" w:rsidRDefault="00C01710" w:rsidP="002D22A6">
      <w:pPr>
        <w:spacing w:after="80"/>
        <w:jc w:val="right"/>
        <w:rPr>
          <w:rFonts w:ascii="BIZ UDゴシック" w:eastAsia="PMingLiU" w:hAnsi="BIZ UDゴシック"/>
          <w:lang w:eastAsia="zh-TW"/>
        </w:rPr>
      </w:pPr>
    </w:p>
    <w:p w14:paraId="458EAC3A" w14:textId="3F880F7D" w:rsidR="002D22A6" w:rsidRPr="000D031D" w:rsidRDefault="002D22A6" w:rsidP="002D22A6">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w:t>
      </w:r>
      <w:r w:rsidR="005B58E6" w:rsidRPr="000D031D">
        <w:rPr>
          <w:rFonts w:ascii="BIZ UDゴシック" w:eastAsia="BIZ UDゴシック" w:hAnsi="BIZ UDゴシック" w:hint="eastAsia"/>
          <w:b/>
          <w:lang w:eastAsia="ja-JP"/>
        </w:rPr>
        <w:t>不</w:t>
      </w:r>
      <w:r w:rsidRPr="000D031D">
        <w:rPr>
          <w:rFonts w:ascii="BIZ UDゴシック" w:eastAsia="BIZ UDゴシック" w:hAnsi="BIZ UDゴシック"/>
          <w:b/>
          <w:lang w:eastAsia="ja-JP"/>
        </w:rPr>
        <w:t>交付決定通知書</w:t>
      </w:r>
    </w:p>
    <w:p w14:paraId="023ADDFF" w14:textId="583CAEB4" w:rsidR="00376776" w:rsidRDefault="00376776" w:rsidP="002D22A6">
      <w:pPr>
        <w:spacing w:before="100" w:after="100"/>
        <w:jc w:val="center"/>
        <w:rPr>
          <w:rFonts w:ascii="BIZ UDゴシック" w:eastAsia="BIZ UDゴシック" w:hAnsi="BIZ UDゴシック"/>
          <w:lang w:eastAsia="ja-JP"/>
        </w:rPr>
      </w:pPr>
    </w:p>
    <w:p w14:paraId="2B0710A6" w14:textId="77777777" w:rsidR="00C01710" w:rsidRPr="000D031D" w:rsidRDefault="00C01710" w:rsidP="002D22A6">
      <w:pPr>
        <w:spacing w:before="100" w:after="100"/>
        <w:jc w:val="center"/>
        <w:rPr>
          <w:rFonts w:ascii="BIZ UDゴシック" w:eastAsia="BIZ UDゴシック" w:hAnsi="BIZ UDゴシック"/>
          <w:lang w:eastAsia="ja-JP"/>
        </w:rPr>
      </w:pPr>
    </w:p>
    <w:p w14:paraId="0D72032B" w14:textId="767C65E2" w:rsidR="002D22A6" w:rsidRPr="000D031D" w:rsidRDefault="002D22A6" w:rsidP="002D22A6">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日付けで申請のありました半田市デジタル技術実証サポート事業補助金については、</w:t>
      </w:r>
      <w:r w:rsidR="005B58E6" w:rsidRPr="000D031D">
        <w:rPr>
          <w:rFonts w:ascii="BIZ UDゴシック" w:eastAsia="BIZ UDゴシック" w:hAnsi="BIZ UDゴシック" w:hint="eastAsia"/>
          <w:lang w:eastAsia="ja-JP"/>
        </w:rPr>
        <w:t>不交付と</w:t>
      </w:r>
      <w:r w:rsidRPr="000D031D">
        <w:rPr>
          <w:rFonts w:ascii="BIZ UDゴシック" w:eastAsia="BIZ UDゴシック" w:hAnsi="BIZ UDゴシック"/>
          <w:lang w:eastAsia="ja-JP"/>
        </w:rPr>
        <w:t>決定しましたので通知します。</w:t>
      </w:r>
    </w:p>
    <w:p w14:paraId="032A0C4A" w14:textId="4916814D" w:rsidR="00376776" w:rsidRDefault="00376776" w:rsidP="002D22A6">
      <w:pPr>
        <w:spacing w:after="80"/>
        <w:ind w:firstLine="210"/>
        <w:rPr>
          <w:rFonts w:ascii="BIZ UDゴシック" w:eastAsia="BIZ UDゴシック" w:hAnsi="BIZ UDゴシック"/>
          <w:lang w:eastAsia="ja-JP"/>
        </w:rPr>
      </w:pPr>
    </w:p>
    <w:p w14:paraId="7F6B4E5F" w14:textId="77777777" w:rsidR="00C01710" w:rsidRPr="000D031D" w:rsidRDefault="00C01710" w:rsidP="002D22A6">
      <w:pPr>
        <w:spacing w:after="80"/>
        <w:ind w:firstLine="210"/>
        <w:rPr>
          <w:rFonts w:ascii="BIZ UDゴシック" w:eastAsia="BIZ UDゴシック" w:hAnsi="BIZ UDゴシック"/>
          <w:lang w:eastAsia="ja-JP"/>
        </w:rPr>
      </w:pPr>
    </w:p>
    <w:p w14:paraId="69F030C8" w14:textId="77777777" w:rsidR="002D22A6" w:rsidRPr="000D031D" w:rsidRDefault="002D22A6" w:rsidP="002D22A6">
      <w:pPr>
        <w:spacing w:after="80"/>
        <w:jc w:val="center"/>
        <w:rPr>
          <w:rFonts w:ascii="BIZ UDゴシック" w:eastAsia="BIZ UDゴシック" w:hAnsi="BIZ UDゴシック"/>
          <w:lang w:eastAsia="zh-TW"/>
        </w:rPr>
      </w:pPr>
      <w:r w:rsidRPr="000D031D">
        <w:rPr>
          <w:rFonts w:ascii="BIZ UDゴシック" w:eastAsia="BIZ UDゴシック" w:hAnsi="BIZ UDゴシック"/>
          <w:lang w:eastAsia="zh-TW"/>
        </w:rPr>
        <w:t>記</w:t>
      </w:r>
    </w:p>
    <w:p w14:paraId="3E8C5048" w14:textId="6D259DA2" w:rsidR="002D22A6" w:rsidRPr="000D031D" w:rsidRDefault="002D22A6" w:rsidP="007B3863">
      <w:pPr>
        <w:pStyle w:val="ae"/>
        <w:numPr>
          <w:ilvl w:val="0"/>
          <w:numId w:val="10"/>
        </w:numPr>
        <w:spacing w:after="60"/>
        <w:rPr>
          <w:rFonts w:ascii="BIZ UDゴシック" w:eastAsia="BIZ UDゴシック" w:hAnsi="BIZ UDゴシック"/>
          <w:lang w:eastAsia="ja-JP"/>
        </w:rPr>
      </w:pPr>
      <w:r w:rsidRPr="000D031D">
        <w:rPr>
          <w:rFonts w:ascii="BIZ UDゴシック" w:eastAsia="BIZ UDゴシック" w:hAnsi="BIZ UDゴシック"/>
          <w:lang w:eastAsia="zh-TW"/>
        </w:rPr>
        <w:t>補助事業名</w:t>
      </w:r>
    </w:p>
    <w:p w14:paraId="53128DF3" w14:textId="77777777" w:rsidR="005B58E6" w:rsidRPr="000D031D" w:rsidRDefault="005B58E6" w:rsidP="007B3863">
      <w:pPr>
        <w:spacing w:after="60"/>
        <w:ind w:left="210"/>
        <w:rPr>
          <w:rFonts w:ascii="BIZ UDゴシック" w:eastAsia="BIZ UDゴシック" w:hAnsi="BIZ UDゴシック"/>
          <w:lang w:eastAsia="ja-JP"/>
        </w:rPr>
      </w:pPr>
    </w:p>
    <w:p w14:paraId="40DCDF5D" w14:textId="0FE7A924" w:rsidR="002D22A6" w:rsidRPr="000D031D" w:rsidRDefault="002D22A6" w:rsidP="002D22A6">
      <w:pPr>
        <w:ind w:left="227"/>
        <w:rPr>
          <w:rFonts w:ascii="BIZ UDゴシック" w:eastAsia="BIZ UDゴシック" w:hAnsi="BIZ UDゴシック"/>
          <w:lang w:eastAsia="ja-JP"/>
        </w:rPr>
      </w:pPr>
      <w:r w:rsidRPr="000D031D">
        <w:rPr>
          <w:rFonts w:ascii="BIZ UDゴシック" w:eastAsia="BIZ UDゴシック" w:hAnsi="BIZ UDゴシック"/>
          <w:lang w:eastAsia="zh-TW"/>
        </w:rPr>
        <w:t xml:space="preserve">2　</w:t>
      </w:r>
      <w:r w:rsidR="005B58E6" w:rsidRPr="000D031D">
        <w:rPr>
          <w:rFonts w:ascii="BIZ UDゴシック" w:eastAsia="BIZ UDゴシック" w:hAnsi="BIZ UDゴシック" w:hint="eastAsia"/>
          <w:lang w:eastAsia="ja-JP"/>
        </w:rPr>
        <w:t>不交付の理由</w:t>
      </w:r>
    </w:p>
    <w:p w14:paraId="7471D311" w14:textId="77777777" w:rsidR="002D22A6" w:rsidRPr="000D031D" w:rsidRDefault="002D22A6" w:rsidP="002D22A6">
      <w:pPr>
        <w:ind w:left="227"/>
        <w:rPr>
          <w:rFonts w:ascii="BIZ UDゴシック" w:eastAsia="BIZ UDゴシック" w:hAnsi="BIZ UDゴシック"/>
          <w:lang w:eastAsia="ja-JP"/>
        </w:rPr>
      </w:pPr>
    </w:p>
    <w:p w14:paraId="4DBB1CAD" w14:textId="77777777" w:rsidR="002D22A6" w:rsidRPr="000D031D" w:rsidRDefault="002D22A6" w:rsidP="002D22A6">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52CE95CA" w14:textId="7DD53C1B"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w:t>
      </w:r>
      <w:r w:rsidR="005B58E6" w:rsidRPr="003D7B8D">
        <w:rPr>
          <w:rFonts w:ascii="BIZ UDゴシック" w:eastAsia="BIZ UDゴシック" w:hAnsi="BIZ UDゴシック" w:hint="eastAsia"/>
          <w:lang w:eastAsia="ja-JP"/>
        </w:rPr>
        <w:t>4</w:t>
      </w:r>
      <w:r w:rsidRPr="003D7B8D">
        <w:rPr>
          <w:rFonts w:ascii="BIZ UDゴシック" w:eastAsia="BIZ UDゴシック" w:hAnsi="BIZ UDゴシック"/>
          <w:lang w:eastAsia="zh-TW"/>
        </w:rPr>
        <w:t>（第</w:t>
      </w:r>
      <w:r w:rsidR="001F41E0" w:rsidRPr="003D7B8D">
        <w:rPr>
          <w:rFonts w:ascii="BIZ UDゴシック" w:eastAsia="BIZ UDゴシック" w:hAnsi="BIZ UDゴシック" w:hint="eastAsia"/>
          <w:lang w:eastAsia="ja-JP"/>
        </w:rPr>
        <w:t>10</w:t>
      </w:r>
      <w:r w:rsidRPr="003D7B8D">
        <w:rPr>
          <w:rFonts w:ascii="BIZ UDゴシック" w:eastAsia="BIZ UDゴシック" w:hAnsi="BIZ UDゴシック"/>
          <w:lang w:eastAsia="zh-TW"/>
        </w:rPr>
        <w:t>条関係）</w:t>
      </w:r>
    </w:p>
    <w:p w14:paraId="5A555008" w14:textId="52AA85D3" w:rsidR="005D534D" w:rsidRDefault="0044372A">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72DCDE78" w14:textId="77777777" w:rsidR="00C01710" w:rsidRPr="00C01710" w:rsidRDefault="00C01710">
      <w:pPr>
        <w:spacing w:after="60"/>
        <w:jc w:val="right"/>
        <w:rPr>
          <w:rFonts w:ascii="BIZ UDゴシック" w:eastAsia="PMingLiU" w:hAnsi="BIZ UDゴシック"/>
          <w:lang w:eastAsia="zh-TW"/>
        </w:rPr>
      </w:pPr>
    </w:p>
    <w:p w14:paraId="15EC2118" w14:textId="77777777" w:rsidR="005D534D" w:rsidRPr="000D031D" w:rsidRDefault="0044372A">
      <w:pPr>
        <w:spacing w:after="80"/>
        <w:rPr>
          <w:rFonts w:ascii="BIZ UDゴシック" w:eastAsia="BIZ UDゴシック" w:hAnsi="BIZ UDゴシック"/>
        </w:rPr>
      </w:pPr>
      <w:r w:rsidRPr="000D031D">
        <w:rPr>
          <w:rFonts w:ascii="BIZ UDゴシック" w:eastAsia="BIZ UDゴシック" w:hAnsi="BIZ UDゴシック"/>
        </w:rPr>
        <w:t>半田市長　様</w:t>
      </w:r>
    </w:p>
    <w:p w14:paraId="7AB82E13"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住所又は所在地：</w:t>
      </w:r>
    </w:p>
    <w:p w14:paraId="06CC9AA6"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市内事務所・事業所所在地（該当する場合）：</w:t>
      </w:r>
    </w:p>
    <w:p w14:paraId="72557CA3"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p>
    <w:p w14:paraId="549B6B1B"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氏名又は団体名：</w:t>
      </w:r>
    </w:p>
    <w:p w14:paraId="6968C83E"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適格請求書発行事業者登録番号（個人事業者のみ）：</w:t>
      </w:r>
    </w:p>
    <w:p w14:paraId="73D6DFC4"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p>
    <w:p w14:paraId="15535BF7"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代表者の職・氏名：</w:t>
      </w:r>
    </w:p>
    <w:p w14:paraId="39FBCCA7" w14:textId="1E4F943D" w:rsidR="006E4CB4" w:rsidRDefault="006E4CB4" w:rsidP="006E4CB4">
      <w:pPr>
        <w:spacing w:line="240" w:lineRule="atLeast"/>
        <w:ind w:leftChars="1552" w:left="3725" w:firstLineChars="500" w:firstLine="1200"/>
        <w:rPr>
          <w:rFonts w:ascii="BIZ UDゴシック" w:eastAsia="BIZ UDゴシック" w:hAnsi="BIZ UDゴシック"/>
          <w:lang w:eastAsia="ja-JP"/>
        </w:rPr>
      </w:pPr>
      <w:r w:rsidRPr="000D031D">
        <w:rPr>
          <w:rFonts w:ascii="BIZ UDゴシック" w:eastAsia="BIZ UDゴシック" w:hAnsi="BIZ UDゴシック" w:hint="eastAsia"/>
          <w:lang w:eastAsia="ja-JP"/>
        </w:rPr>
        <w:t>連絡先：</w:t>
      </w:r>
    </w:p>
    <w:p w14:paraId="6DF69856" w14:textId="77777777" w:rsidR="00C01710" w:rsidRPr="000D031D" w:rsidRDefault="00C01710" w:rsidP="006E4CB4">
      <w:pPr>
        <w:spacing w:line="240" w:lineRule="atLeast"/>
        <w:ind w:leftChars="1552" w:left="3725" w:firstLineChars="500" w:firstLine="1200"/>
        <w:rPr>
          <w:rFonts w:ascii="BIZ UDゴシック" w:eastAsia="BIZ UDゴシック" w:hAnsi="BIZ UDゴシック"/>
          <w:lang w:eastAsia="ja-JP"/>
        </w:rPr>
      </w:pPr>
    </w:p>
    <w:p w14:paraId="701BD5D2" w14:textId="77777777" w:rsidR="005D534D" w:rsidRPr="000D031D" w:rsidRDefault="005D534D">
      <w:pPr>
        <w:spacing w:line="120" w:lineRule="exact"/>
        <w:rPr>
          <w:rFonts w:ascii="BIZ UDゴシック" w:eastAsia="BIZ UDゴシック" w:hAnsi="BIZ UDゴシック"/>
          <w:lang w:eastAsia="ja-JP"/>
        </w:rPr>
      </w:pPr>
    </w:p>
    <w:p w14:paraId="76E6D837" w14:textId="77777777" w:rsidR="005D534D" w:rsidRPr="000D031D" w:rsidRDefault="0044372A">
      <w:pPr>
        <w:spacing w:before="100" w:after="100"/>
        <w:jc w:val="center"/>
        <w:rPr>
          <w:rFonts w:ascii="BIZ UDゴシック" w:eastAsia="BIZ UDゴシック" w:hAnsi="BIZ UDゴシック"/>
          <w:lang w:eastAsia="ja-JP"/>
        </w:rPr>
      </w:pPr>
      <w:r w:rsidRPr="000D031D">
        <w:rPr>
          <w:rFonts w:ascii="BIZ UDゴシック" w:eastAsia="BIZ UDゴシック" w:hAnsi="BIZ UDゴシック"/>
          <w:b/>
          <w:lang w:eastAsia="ja-JP"/>
        </w:rPr>
        <w:t>半田市デジタル技術実証サポート事業補助金変更等承認申請書</w:t>
      </w:r>
    </w:p>
    <w:p w14:paraId="1101AACC" w14:textId="283F1394" w:rsidR="005D534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日付けで交付決定の通知を受けた補助事業について、次のとおり変更・中止・廃止したいので、承認を申請します。</w:t>
      </w:r>
    </w:p>
    <w:p w14:paraId="16DEE3D1" w14:textId="77777777" w:rsidR="00C01710" w:rsidRPr="000D031D" w:rsidRDefault="00C01710">
      <w:pPr>
        <w:spacing w:after="80"/>
        <w:ind w:firstLine="210"/>
        <w:rPr>
          <w:rFonts w:ascii="BIZ UDゴシック" w:eastAsia="BIZ UDゴシック" w:hAnsi="BIZ UDゴシック"/>
          <w:lang w:eastAsia="ja-JP"/>
        </w:rPr>
      </w:pPr>
    </w:p>
    <w:p w14:paraId="08020E7B" w14:textId="77777777" w:rsidR="005D534D" w:rsidRPr="000D031D" w:rsidRDefault="0044372A">
      <w:pPr>
        <w:spacing w:after="80"/>
        <w:jc w:val="center"/>
        <w:rPr>
          <w:rFonts w:ascii="BIZ UDゴシック" w:eastAsia="BIZ UDゴシック" w:hAnsi="BIZ UDゴシック"/>
        </w:rPr>
      </w:pPr>
      <w:r w:rsidRPr="000D031D">
        <w:rPr>
          <w:rFonts w:ascii="BIZ UDゴシック" w:eastAsia="BIZ UDゴシック" w:hAnsi="BIZ UDゴシック"/>
        </w:rPr>
        <w:t>記</w:t>
      </w:r>
    </w:p>
    <w:tbl>
      <w:tblPr>
        <w:tblStyle w:val="afe"/>
        <w:tblW w:w="8450" w:type="dxa"/>
        <w:jc w:val="center"/>
        <w:tblLayout w:type="fixed"/>
        <w:tblLook w:val="04A0" w:firstRow="1" w:lastRow="0" w:firstColumn="1" w:lastColumn="0" w:noHBand="0" w:noVBand="1"/>
      </w:tblPr>
      <w:tblGrid>
        <w:gridCol w:w="3397"/>
        <w:gridCol w:w="5053"/>
      </w:tblGrid>
      <w:tr w:rsidR="005D534D" w:rsidRPr="000D031D" w14:paraId="0C336430" w14:textId="77777777" w:rsidTr="00C01710">
        <w:trPr>
          <w:jc w:val="center"/>
        </w:trPr>
        <w:tc>
          <w:tcPr>
            <w:tcW w:w="3397" w:type="dxa"/>
            <w:tcMar>
              <w:top w:w="120" w:type="dxa"/>
              <w:left w:w="100" w:type="dxa"/>
              <w:bottom w:w="120" w:type="dxa"/>
              <w:right w:w="100" w:type="dxa"/>
            </w:tcMar>
          </w:tcPr>
          <w:p w14:paraId="51F24B44"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1　補助事業名</w:t>
            </w:r>
          </w:p>
        </w:tc>
        <w:tc>
          <w:tcPr>
            <w:tcW w:w="5053" w:type="dxa"/>
            <w:tcMar>
              <w:top w:w="120" w:type="dxa"/>
              <w:left w:w="100" w:type="dxa"/>
              <w:bottom w:w="120" w:type="dxa"/>
              <w:right w:w="100" w:type="dxa"/>
            </w:tcMar>
          </w:tcPr>
          <w:p w14:paraId="573E4D96" w14:textId="77777777" w:rsidR="005D534D" w:rsidRPr="000D031D" w:rsidRDefault="005D534D" w:rsidP="00AA16E5">
            <w:pPr>
              <w:spacing w:line="320" w:lineRule="exact"/>
              <w:ind w:leftChars="88" w:left="211"/>
              <w:rPr>
                <w:rFonts w:ascii="BIZ UDゴシック" w:eastAsia="BIZ UDゴシック" w:hAnsi="BIZ UDゴシック"/>
              </w:rPr>
            </w:pPr>
          </w:p>
        </w:tc>
      </w:tr>
      <w:tr w:rsidR="005D534D" w:rsidRPr="000D031D" w14:paraId="4E92B41A" w14:textId="77777777" w:rsidTr="00C01710">
        <w:trPr>
          <w:jc w:val="center"/>
        </w:trPr>
        <w:tc>
          <w:tcPr>
            <w:tcW w:w="3397" w:type="dxa"/>
            <w:tcMar>
              <w:top w:w="120" w:type="dxa"/>
              <w:left w:w="100" w:type="dxa"/>
              <w:bottom w:w="120" w:type="dxa"/>
              <w:right w:w="100" w:type="dxa"/>
            </w:tcMar>
          </w:tcPr>
          <w:p w14:paraId="2A97401C"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2　変更等の区分</w:t>
            </w:r>
          </w:p>
        </w:tc>
        <w:tc>
          <w:tcPr>
            <w:tcW w:w="5053" w:type="dxa"/>
            <w:tcMar>
              <w:top w:w="120" w:type="dxa"/>
              <w:left w:w="100" w:type="dxa"/>
              <w:bottom w:w="120" w:type="dxa"/>
              <w:right w:w="100" w:type="dxa"/>
            </w:tcMar>
          </w:tcPr>
          <w:p w14:paraId="07832E45" w14:textId="77777777" w:rsidR="005D534D" w:rsidRPr="000D031D" w:rsidRDefault="0044372A" w:rsidP="00AA16E5">
            <w:pPr>
              <w:spacing w:line="320" w:lineRule="exact"/>
              <w:ind w:leftChars="88" w:left="211"/>
              <w:rPr>
                <w:rFonts w:ascii="BIZ UDゴシック" w:eastAsia="BIZ UDゴシック" w:hAnsi="BIZ UDゴシック"/>
                <w:lang w:eastAsia="ja-JP"/>
              </w:rPr>
            </w:pPr>
            <w:r w:rsidRPr="000D031D">
              <w:rPr>
                <w:rFonts w:ascii="BIZ UDゴシック" w:eastAsia="BIZ UDゴシック" w:hAnsi="BIZ UDゴシック"/>
                <w:sz w:val="19"/>
                <w:lang w:eastAsia="ja-JP"/>
              </w:rPr>
              <w:t>変更　・　中止　・　廃止</w:t>
            </w:r>
          </w:p>
        </w:tc>
      </w:tr>
      <w:tr w:rsidR="005D534D" w:rsidRPr="000D031D" w14:paraId="188C94BC" w14:textId="77777777" w:rsidTr="00C01710">
        <w:trPr>
          <w:jc w:val="center"/>
        </w:trPr>
        <w:tc>
          <w:tcPr>
            <w:tcW w:w="3397" w:type="dxa"/>
            <w:tcMar>
              <w:top w:w="120" w:type="dxa"/>
              <w:left w:w="100" w:type="dxa"/>
              <w:bottom w:w="120" w:type="dxa"/>
              <w:right w:w="100" w:type="dxa"/>
            </w:tcMar>
          </w:tcPr>
          <w:p w14:paraId="6D143BA2"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3　変更等の内容</w:t>
            </w:r>
          </w:p>
        </w:tc>
        <w:tc>
          <w:tcPr>
            <w:tcW w:w="5053" w:type="dxa"/>
            <w:tcMar>
              <w:top w:w="120" w:type="dxa"/>
              <w:left w:w="100" w:type="dxa"/>
              <w:bottom w:w="120" w:type="dxa"/>
              <w:right w:w="100" w:type="dxa"/>
            </w:tcMar>
          </w:tcPr>
          <w:p w14:paraId="3C40AF29" w14:textId="77777777" w:rsidR="005D534D" w:rsidRPr="000D031D" w:rsidRDefault="005D534D" w:rsidP="00AA16E5">
            <w:pPr>
              <w:spacing w:line="320" w:lineRule="exact"/>
              <w:ind w:leftChars="88" w:left="211"/>
              <w:rPr>
                <w:rFonts w:ascii="BIZ UDゴシック" w:eastAsia="BIZ UDゴシック" w:hAnsi="BIZ UDゴシック"/>
              </w:rPr>
            </w:pPr>
          </w:p>
        </w:tc>
      </w:tr>
      <w:tr w:rsidR="005D534D" w:rsidRPr="000D031D" w14:paraId="14A77C63" w14:textId="77777777" w:rsidTr="00C01710">
        <w:trPr>
          <w:jc w:val="center"/>
        </w:trPr>
        <w:tc>
          <w:tcPr>
            <w:tcW w:w="3397" w:type="dxa"/>
            <w:tcMar>
              <w:top w:w="120" w:type="dxa"/>
              <w:left w:w="100" w:type="dxa"/>
              <w:bottom w:w="120" w:type="dxa"/>
              <w:right w:w="100" w:type="dxa"/>
            </w:tcMar>
          </w:tcPr>
          <w:p w14:paraId="6432A5CB"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4　変更等の理由</w:t>
            </w:r>
          </w:p>
        </w:tc>
        <w:tc>
          <w:tcPr>
            <w:tcW w:w="5053" w:type="dxa"/>
            <w:tcMar>
              <w:top w:w="120" w:type="dxa"/>
              <w:left w:w="100" w:type="dxa"/>
              <w:bottom w:w="120" w:type="dxa"/>
              <w:right w:w="100" w:type="dxa"/>
            </w:tcMar>
          </w:tcPr>
          <w:p w14:paraId="060F511D" w14:textId="77777777" w:rsidR="005D534D" w:rsidRPr="000D031D" w:rsidRDefault="005D534D" w:rsidP="00AA16E5">
            <w:pPr>
              <w:spacing w:line="320" w:lineRule="exact"/>
              <w:ind w:leftChars="88" w:left="211"/>
              <w:rPr>
                <w:rFonts w:ascii="BIZ UDゴシック" w:eastAsia="BIZ UDゴシック" w:hAnsi="BIZ UDゴシック"/>
              </w:rPr>
            </w:pPr>
          </w:p>
        </w:tc>
      </w:tr>
      <w:tr w:rsidR="005D534D" w:rsidRPr="000D031D" w14:paraId="09E009F0" w14:textId="77777777" w:rsidTr="00C01710">
        <w:trPr>
          <w:jc w:val="center"/>
        </w:trPr>
        <w:tc>
          <w:tcPr>
            <w:tcW w:w="3397" w:type="dxa"/>
            <w:tcMar>
              <w:top w:w="120" w:type="dxa"/>
              <w:left w:w="100" w:type="dxa"/>
              <w:bottom w:w="120" w:type="dxa"/>
              <w:right w:w="100" w:type="dxa"/>
            </w:tcMar>
          </w:tcPr>
          <w:p w14:paraId="785B93F0" w14:textId="4D052EC8" w:rsidR="005D534D"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5　変更後の補助対象経費</w:t>
            </w:r>
            <w:r w:rsidR="00774F0B" w:rsidRPr="00C01710">
              <w:rPr>
                <w:rFonts w:ascii="BIZ UDゴシック" w:eastAsia="BIZ UDゴシック" w:hAnsi="BIZ UDゴシック" w:hint="eastAsia"/>
                <w:sz w:val="20"/>
                <w:szCs w:val="20"/>
                <w:lang w:eastAsia="ja-JP"/>
              </w:rPr>
              <w:t>（変更の場合）</w:t>
            </w:r>
          </w:p>
        </w:tc>
        <w:tc>
          <w:tcPr>
            <w:tcW w:w="5053" w:type="dxa"/>
            <w:tcMar>
              <w:top w:w="120" w:type="dxa"/>
              <w:left w:w="100" w:type="dxa"/>
              <w:bottom w:w="120" w:type="dxa"/>
              <w:right w:w="100" w:type="dxa"/>
            </w:tcMar>
          </w:tcPr>
          <w:p w14:paraId="6C47644F" w14:textId="77777777" w:rsidR="005D534D" w:rsidRPr="000D031D" w:rsidRDefault="0044372A" w:rsidP="00AA16E5">
            <w:pPr>
              <w:spacing w:line="320" w:lineRule="exact"/>
              <w:ind w:leftChars="88" w:left="211"/>
              <w:rPr>
                <w:rFonts w:ascii="BIZ UDゴシック" w:eastAsia="BIZ UDゴシック" w:hAnsi="BIZ UDゴシック"/>
              </w:rPr>
            </w:pPr>
            <w:r w:rsidRPr="000D031D">
              <w:rPr>
                <w:rFonts w:ascii="BIZ UDゴシック" w:eastAsia="BIZ UDゴシック" w:hAnsi="BIZ UDゴシック"/>
                <w:sz w:val="19"/>
              </w:rPr>
              <w:t>金　　　　　　　　　円</w:t>
            </w:r>
          </w:p>
        </w:tc>
      </w:tr>
      <w:tr w:rsidR="005D534D" w:rsidRPr="000D031D" w14:paraId="1C941AF0" w14:textId="77777777" w:rsidTr="00C01710">
        <w:trPr>
          <w:jc w:val="center"/>
        </w:trPr>
        <w:tc>
          <w:tcPr>
            <w:tcW w:w="3397" w:type="dxa"/>
            <w:tcMar>
              <w:top w:w="120" w:type="dxa"/>
              <w:left w:w="100" w:type="dxa"/>
              <w:bottom w:w="120" w:type="dxa"/>
              <w:right w:w="100" w:type="dxa"/>
            </w:tcMar>
          </w:tcPr>
          <w:p w14:paraId="69C0818E" w14:textId="4B7F68AF" w:rsidR="00F91A78"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 xml:space="preserve">6　</w:t>
            </w:r>
            <w:r w:rsidR="00B00F90" w:rsidRPr="00C01710">
              <w:rPr>
                <w:rFonts w:ascii="BIZ UDゴシック" w:eastAsia="BIZ UDゴシック" w:hAnsi="BIZ UDゴシック"/>
                <w:sz w:val="20"/>
                <w:szCs w:val="20"/>
                <w:lang w:eastAsia="ja-JP"/>
              </w:rPr>
              <w:t>変更後の補助金交付申請額</w:t>
            </w:r>
            <w:r w:rsidR="00774F0B" w:rsidRPr="00C01710">
              <w:rPr>
                <w:rFonts w:ascii="BIZ UDゴシック" w:eastAsia="BIZ UDゴシック" w:hAnsi="BIZ UDゴシック" w:hint="eastAsia"/>
                <w:sz w:val="20"/>
                <w:szCs w:val="20"/>
                <w:lang w:eastAsia="ja-JP"/>
              </w:rPr>
              <w:t>（変更の場合）</w:t>
            </w:r>
          </w:p>
          <w:p w14:paraId="72E9EA91" w14:textId="5F250A95" w:rsidR="005D534D" w:rsidRPr="00C01710" w:rsidRDefault="00774F0B" w:rsidP="00AA16E5">
            <w:pPr>
              <w:spacing w:line="320" w:lineRule="exact"/>
              <w:ind w:leftChars="85" w:left="204"/>
              <w:rPr>
                <w:rFonts w:ascii="BIZ UDゴシック" w:eastAsia="BIZ UDゴシック" w:hAnsi="BIZ UDゴシック"/>
                <w:sz w:val="20"/>
                <w:szCs w:val="20"/>
                <w:lang w:eastAsia="ja-JP"/>
              </w:rPr>
            </w:pPr>
            <w:r w:rsidRPr="00C01710">
              <w:rPr>
                <w:rFonts w:ascii="BIZ UDゴシック" w:eastAsia="BIZ UDゴシック" w:hAnsi="BIZ UDゴシック" w:hint="eastAsia"/>
                <w:sz w:val="20"/>
                <w:szCs w:val="20"/>
                <w:lang w:eastAsia="ja-JP"/>
              </w:rPr>
              <w:t>※</w:t>
            </w:r>
            <w:r w:rsidR="00F91A78" w:rsidRPr="00C01710">
              <w:rPr>
                <w:rFonts w:ascii="BIZ UDゴシック" w:eastAsia="BIZ UDゴシック" w:hAnsi="BIZ UDゴシック"/>
                <w:sz w:val="20"/>
                <w:szCs w:val="20"/>
                <w:lang w:eastAsia="ja-JP"/>
              </w:rPr>
              <w:t>変更前の補助金交付決定額を上限とする。</w:t>
            </w:r>
          </w:p>
        </w:tc>
        <w:tc>
          <w:tcPr>
            <w:tcW w:w="5053" w:type="dxa"/>
            <w:tcMar>
              <w:top w:w="120" w:type="dxa"/>
              <w:left w:w="100" w:type="dxa"/>
              <w:bottom w:w="120" w:type="dxa"/>
              <w:right w:w="100" w:type="dxa"/>
            </w:tcMar>
            <w:vAlign w:val="center"/>
          </w:tcPr>
          <w:p w14:paraId="12D8A73A" w14:textId="25CE123B" w:rsidR="005D534D" w:rsidRPr="000D031D" w:rsidRDefault="0044372A" w:rsidP="00AA16E5">
            <w:pPr>
              <w:spacing w:line="320" w:lineRule="exact"/>
              <w:ind w:leftChars="88" w:left="211"/>
              <w:rPr>
                <w:rFonts w:ascii="BIZ UDゴシック" w:eastAsia="BIZ UDゴシック" w:hAnsi="BIZ UDゴシック"/>
              </w:rPr>
            </w:pPr>
            <w:r w:rsidRPr="000D031D">
              <w:rPr>
                <w:rFonts w:ascii="BIZ UDゴシック" w:eastAsia="BIZ UDゴシック" w:hAnsi="BIZ UDゴシック"/>
                <w:sz w:val="19"/>
                <w:lang w:eastAsia="ja-JP"/>
              </w:rPr>
              <w:t>金　　　　　　　　　円</w:t>
            </w:r>
          </w:p>
        </w:tc>
      </w:tr>
    </w:tbl>
    <w:p w14:paraId="78DA2BDF" w14:textId="4C3F92F0" w:rsidR="005D534D" w:rsidRPr="000D031D" w:rsidRDefault="0044372A" w:rsidP="003510BF">
      <w:pPr>
        <w:spacing w:before="100"/>
        <w:ind w:leftChars="202" w:left="485"/>
        <w:rPr>
          <w:rFonts w:ascii="BIZ UDゴシック" w:eastAsia="BIZ UDゴシック" w:hAnsi="BIZ UDゴシック"/>
          <w:lang w:eastAsia="ja-JP"/>
        </w:rPr>
      </w:pPr>
      <w:r w:rsidRPr="000D031D">
        <w:rPr>
          <w:rFonts w:ascii="BIZ UDゴシック" w:eastAsia="BIZ UDゴシック" w:hAnsi="BIZ UDゴシック"/>
          <w:lang w:eastAsia="ja-JP"/>
        </w:rPr>
        <w:t>添付書類　変更等の内容を確認できる</w:t>
      </w:r>
      <w:r w:rsidR="00267EAC" w:rsidRPr="000D031D">
        <w:rPr>
          <w:rFonts w:ascii="BIZ UDゴシック" w:eastAsia="BIZ UDゴシック" w:hAnsi="BIZ UDゴシック" w:hint="eastAsia"/>
          <w:lang w:eastAsia="ja-JP"/>
        </w:rPr>
        <w:t>補助</w:t>
      </w:r>
      <w:r w:rsidRPr="000D031D">
        <w:rPr>
          <w:rFonts w:ascii="BIZ UDゴシック" w:eastAsia="BIZ UDゴシック" w:hAnsi="BIZ UDゴシック"/>
          <w:lang w:eastAsia="ja-JP"/>
        </w:rPr>
        <w:t>事業計画書、収支予算書その他の関係書類</w:t>
      </w:r>
    </w:p>
    <w:p w14:paraId="64D1FD2D" w14:textId="77777777" w:rsidR="005D534D" w:rsidRPr="000D031D" w:rsidRDefault="0044372A">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66EA883A" w14:textId="72776299"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w:t>
      </w:r>
      <w:r w:rsidR="005B58E6" w:rsidRPr="003D7B8D">
        <w:rPr>
          <w:rFonts w:ascii="BIZ UDゴシック" w:eastAsia="BIZ UDゴシック" w:hAnsi="BIZ UDゴシック" w:hint="eastAsia"/>
          <w:lang w:eastAsia="ja-JP"/>
        </w:rPr>
        <w:t>5</w:t>
      </w:r>
      <w:r w:rsidRPr="003D7B8D">
        <w:rPr>
          <w:rFonts w:ascii="BIZ UDゴシック" w:eastAsia="BIZ UDゴシック" w:hAnsi="BIZ UDゴシック"/>
          <w:lang w:eastAsia="zh-TW"/>
        </w:rPr>
        <w:t>（第</w:t>
      </w:r>
      <w:r w:rsidR="001F41E0" w:rsidRPr="003D7B8D">
        <w:rPr>
          <w:rFonts w:ascii="BIZ UDゴシック" w:eastAsia="BIZ UDゴシック" w:hAnsi="BIZ UDゴシック" w:hint="eastAsia"/>
          <w:lang w:eastAsia="ja-JP"/>
        </w:rPr>
        <w:t>10</w:t>
      </w:r>
      <w:r w:rsidRPr="003D7B8D">
        <w:rPr>
          <w:rFonts w:ascii="BIZ UDゴシック" w:eastAsia="BIZ UDゴシック" w:hAnsi="BIZ UDゴシック"/>
          <w:lang w:eastAsia="zh-TW"/>
        </w:rPr>
        <w:t>条関係）</w:t>
      </w:r>
    </w:p>
    <w:p w14:paraId="4E7913F4" w14:textId="7FD6949A" w:rsidR="005D534D" w:rsidRDefault="0044372A">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660FC351" w14:textId="77777777" w:rsidR="00C01710" w:rsidRPr="00C01710" w:rsidRDefault="00C01710">
      <w:pPr>
        <w:spacing w:after="60"/>
        <w:jc w:val="right"/>
        <w:rPr>
          <w:rFonts w:ascii="BIZ UDゴシック" w:eastAsia="PMingLiU" w:hAnsi="BIZ UDゴシック"/>
          <w:lang w:eastAsia="zh-TW"/>
        </w:rPr>
      </w:pPr>
    </w:p>
    <w:p w14:paraId="15FF4D49" w14:textId="05C4DF82" w:rsidR="005D534D" w:rsidRDefault="0044372A">
      <w:pPr>
        <w:spacing w:after="40"/>
        <w:rPr>
          <w:rFonts w:ascii="BIZ UDゴシック" w:eastAsia="PMingLiU" w:hAnsi="BIZ UDゴシック"/>
          <w:lang w:eastAsia="zh-TW"/>
        </w:rPr>
      </w:pPr>
      <w:r w:rsidRPr="000D031D">
        <w:rPr>
          <w:rFonts w:ascii="BIZ UDゴシック" w:eastAsia="BIZ UDゴシック" w:hAnsi="BIZ UDゴシック"/>
          <w:lang w:eastAsia="zh-TW"/>
        </w:rPr>
        <w:t xml:space="preserve">　　　　　　　　　様</w:t>
      </w:r>
    </w:p>
    <w:p w14:paraId="6CBF32F9" w14:textId="77777777" w:rsidR="00C01710" w:rsidRPr="00C01710" w:rsidRDefault="00C01710">
      <w:pPr>
        <w:spacing w:after="40"/>
        <w:rPr>
          <w:rFonts w:ascii="BIZ UDゴシック" w:eastAsia="PMingLiU" w:hAnsi="BIZ UDゴシック"/>
          <w:lang w:eastAsia="zh-TW"/>
        </w:rPr>
      </w:pPr>
    </w:p>
    <w:p w14:paraId="7E44B498" w14:textId="7E1375DC" w:rsidR="005D534D" w:rsidRDefault="0044372A">
      <w:pPr>
        <w:spacing w:after="80"/>
        <w:jc w:val="right"/>
        <w:rPr>
          <w:rFonts w:ascii="BIZ UDゴシック" w:eastAsia="PMingLiU" w:hAnsi="BIZ UDゴシック"/>
          <w:lang w:eastAsia="zh-TW"/>
        </w:rPr>
      </w:pPr>
      <w:r w:rsidRPr="000D031D">
        <w:rPr>
          <w:rFonts w:ascii="BIZ UDゴシック" w:eastAsia="BIZ UDゴシック" w:hAnsi="BIZ UDゴシック"/>
          <w:lang w:eastAsia="zh-TW"/>
        </w:rPr>
        <w:t>半田市長　　　　　　　　　　　　　　印</w:t>
      </w:r>
    </w:p>
    <w:p w14:paraId="4B9D7F6B" w14:textId="77777777" w:rsidR="00C01710" w:rsidRPr="00C01710" w:rsidRDefault="00C01710">
      <w:pPr>
        <w:spacing w:after="80"/>
        <w:jc w:val="right"/>
        <w:rPr>
          <w:rFonts w:ascii="BIZ UDゴシック" w:eastAsia="PMingLiU" w:hAnsi="BIZ UDゴシック"/>
          <w:lang w:eastAsia="zh-TW"/>
        </w:rPr>
      </w:pPr>
    </w:p>
    <w:p w14:paraId="0EEC32CA" w14:textId="77777777" w:rsidR="006E4CB4" w:rsidRPr="000D031D" w:rsidRDefault="006E4CB4">
      <w:pPr>
        <w:spacing w:after="80"/>
        <w:jc w:val="right"/>
        <w:rPr>
          <w:rFonts w:ascii="BIZ UDゴシック" w:eastAsia="BIZ UDゴシック" w:hAnsi="BIZ UDゴシック"/>
          <w:lang w:eastAsia="zh-TW"/>
        </w:rPr>
      </w:pPr>
    </w:p>
    <w:p w14:paraId="2CD12B93" w14:textId="77777777" w:rsidR="005D534D" w:rsidRPr="000D031D" w:rsidRDefault="0044372A">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半田市デジタル技術実証サポート事業補助金変更等承認（不承認）通知書</w:t>
      </w:r>
    </w:p>
    <w:p w14:paraId="07DF4EA3" w14:textId="742E0781" w:rsidR="006E4CB4" w:rsidRDefault="006E4CB4">
      <w:pPr>
        <w:spacing w:before="100" w:after="100"/>
        <w:jc w:val="center"/>
        <w:rPr>
          <w:rFonts w:ascii="BIZ UDゴシック" w:eastAsia="BIZ UDゴシック" w:hAnsi="BIZ UDゴシック"/>
          <w:lang w:eastAsia="ja-JP"/>
        </w:rPr>
      </w:pPr>
    </w:p>
    <w:p w14:paraId="24E2E5B0" w14:textId="77777777" w:rsidR="00C01710" w:rsidRPr="000D031D" w:rsidRDefault="00C01710">
      <w:pPr>
        <w:spacing w:before="100" w:after="100"/>
        <w:jc w:val="center"/>
        <w:rPr>
          <w:rFonts w:ascii="BIZ UDゴシック" w:eastAsia="BIZ UDゴシック" w:hAnsi="BIZ UDゴシック"/>
          <w:lang w:eastAsia="ja-JP"/>
        </w:rPr>
      </w:pPr>
    </w:p>
    <w:p w14:paraId="6F815FB8" w14:textId="77777777" w:rsidR="005D534D" w:rsidRPr="000D031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日付けで申請のありました補助事業の変更・中止・廃止については、下記のとおり承認・不承認としましたので通知します。</w:t>
      </w:r>
    </w:p>
    <w:p w14:paraId="0C035E94" w14:textId="2F92544D" w:rsidR="006E4CB4" w:rsidRDefault="006E4CB4">
      <w:pPr>
        <w:spacing w:after="80"/>
        <w:ind w:firstLine="210"/>
        <w:rPr>
          <w:rFonts w:ascii="BIZ UDゴシック" w:eastAsia="BIZ UDゴシック" w:hAnsi="BIZ UDゴシック"/>
          <w:lang w:eastAsia="ja-JP"/>
        </w:rPr>
      </w:pPr>
    </w:p>
    <w:p w14:paraId="1BB8CCC4" w14:textId="77777777" w:rsidR="00C01710" w:rsidRPr="000D031D" w:rsidRDefault="00C01710">
      <w:pPr>
        <w:spacing w:after="80"/>
        <w:ind w:firstLine="210"/>
        <w:rPr>
          <w:rFonts w:ascii="BIZ UDゴシック" w:eastAsia="BIZ UDゴシック" w:hAnsi="BIZ UDゴシック"/>
          <w:lang w:eastAsia="ja-JP"/>
        </w:rPr>
      </w:pPr>
    </w:p>
    <w:p w14:paraId="51421452" w14:textId="77777777" w:rsidR="005D534D" w:rsidRPr="000D031D" w:rsidRDefault="0044372A">
      <w:pPr>
        <w:spacing w:after="80"/>
        <w:jc w:val="center"/>
        <w:rPr>
          <w:rFonts w:ascii="BIZ UDゴシック" w:eastAsia="BIZ UDゴシック" w:hAnsi="BIZ UDゴシック"/>
          <w:lang w:eastAsia="ja-JP"/>
        </w:rPr>
      </w:pPr>
      <w:r w:rsidRPr="000D031D">
        <w:rPr>
          <w:rFonts w:ascii="BIZ UDゴシック" w:eastAsia="BIZ UDゴシック" w:hAnsi="BIZ UDゴシック"/>
          <w:lang w:eastAsia="ja-JP"/>
        </w:rPr>
        <w:t>記</w:t>
      </w:r>
    </w:p>
    <w:p w14:paraId="6F127F01" w14:textId="7C5922E4" w:rsidR="005D534D" w:rsidRPr="000D031D" w:rsidRDefault="001B1E02" w:rsidP="00AA16E5">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1</w:t>
      </w:r>
      <w:r w:rsidR="0044372A" w:rsidRPr="000D031D">
        <w:rPr>
          <w:rFonts w:ascii="BIZ UDゴシック" w:eastAsia="BIZ UDゴシック" w:hAnsi="BIZ UDゴシック"/>
          <w:lang w:eastAsia="ja-JP"/>
        </w:rPr>
        <w:t xml:space="preserve">　補助事業名</w:t>
      </w:r>
      <w:r w:rsidR="00BC6777" w:rsidRPr="000D031D">
        <w:rPr>
          <w:rFonts w:ascii="BIZ UDゴシック" w:eastAsia="BIZ UDゴシック" w:hAnsi="BIZ UDゴシック" w:hint="eastAsia"/>
          <w:lang w:eastAsia="ja-JP"/>
        </w:rPr>
        <w:t>：</w:t>
      </w:r>
    </w:p>
    <w:p w14:paraId="339F34D0" w14:textId="029C8AE1" w:rsidR="005D534D" w:rsidRPr="000D031D" w:rsidRDefault="001B1E02" w:rsidP="00AA16E5">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2</w:t>
      </w:r>
      <w:r w:rsidR="0044372A" w:rsidRPr="000D031D">
        <w:rPr>
          <w:rFonts w:ascii="BIZ UDゴシック" w:eastAsia="BIZ UDゴシック" w:hAnsi="BIZ UDゴシック"/>
          <w:lang w:eastAsia="ja-JP"/>
        </w:rPr>
        <w:t xml:space="preserve">　</w:t>
      </w:r>
      <w:r w:rsidR="0044372A" w:rsidRPr="000D031D">
        <w:rPr>
          <w:rFonts w:ascii="BIZ UDゴシック" w:eastAsia="BIZ UDゴシック" w:hAnsi="BIZ UDゴシック"/>
          <w:spacing w:val="30"/>
          <w:fitText w:val="1050" w:id="-376252672"/>
          <w:lang w:eastAsia="ja-JP"/>
        </w:rPr>
        <w:t>決定区</w:t>
      </w:r>
      <w:r w:rsidR="0044372A" w:rsidRPr="000D031D">
        <w:rPr>
          <w:rFonts w:ascii="BIZ UDゴシック" w:eastAsia="BIZ UDゴシック" w:hAnsi="BIZ UDゴシック"/>
          <w:fitText w:val="1050" w:id="-376252672"/>
          <w:lang w:eastAsia="ja-JP"/>
        </w:rPr>
        <w:t>分</w:t>
      </w:r>
      <w:r w:rsidR="00BC6777" w:rsidRPr="000D031D">
        <w:rPr>
          <w:rFonts w:ascii="BIZ UDゴシック" w:eastAsia="BIZ UDゴシック" w:hAnsi="BIZ UDゴシック" w:hint="eastAsia"/>
          <w:lang w:eastAsia="ja-JP"/>
        </w:rPr>
        <w:t>：</w:t>
      </w:r>
      <w:r w:rsidR="0044372A" w:rsidRPr="000D031D">
        <w:rPr>
          <w:rFonts w:ascii="BIZ UDゴシック" w:eastAsia="BIZ UDゴシック" w:hAnsi="BIZ UDゴシック"/>
          <w:lang w:eastAsia="ja-JP"/>
        </w:rPr>
        <w:t xml:space="preserve">　　　承認　・　不承認</w:t>
      </w:r>
    </w:p>
    <w:p w14:paraId="7DB9D551" w14:textId="4A888B91" w:rsidR="005D534D" w:rsidRPr="000D031D" w:rsidRDefault="001B1E02" w:rsidP="00AA16E5">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3</w:t>
      </w:r>
      <w:r w:rsidR="0044372A" w:rsidRPr="000D031D">
        <w:rPr>
          <w:rFonts w:ascii="BIZ UDゴシック" w:eastAsia="BIZ UDゴシック" w:hAnsi="BIZ UDゴシック"/>
          <w:lang w:eastAsia="ja-JP"/>
        </w:rPr>
        <w:t xml:space="preserve">　承認内容又は不承認の理由</w:t>
      </w:r>
      <w:r w:rsidR="00BC6777" w:rsidRPr="000D031D">
        <w:rPr>
          <w:rFonts w:ascii="BIZ UDゴシック" w:eastAsia="BIZ UDゴシック" w:hAnsi="BIZ UDゴシック" w:hint="eastAsia"/>
          <w:lang w:eastAsia="ja-JP"/>
        </w:rPr>
        <w:t>：</w:t>
      </w:r>
    </w:p>
    <w:p w14:paraId="2C4FD93E" w14:textId="77777777" w:rsidR="00BC6777" w:rsidRPr="000D031D" w:rsidRDefault="00BC6777" w:rsidP="00AA16E5">
      <w:pPr>
        <w:spacing w:after="80" w:line="360" w:lineRule="auto"/>
        <w:rPr>
          <w:rFonts w:ascii="BIZ UDゴシック" w:eastAsia="BIZ UDゴシック" w:hAnsi="BIZ UDゴシック"/>
          <w:lang w:eastAsia="ja-JP"/>
        </w:rPr>
      </w:pPr>
    </w:p>
    <w:p w14:paraId="28B47713" w14:textId="77777777" w:rsidR="00BC6777" w:rsidRPr="000D031D" w:rsidRDefault="00BC6777" w:rsidP="00AA16E5">
      <w:pPr>
        <w:spacing w:after="80" w:line="360" w:lineRule="auto"/>
        <w:rPr>
          <w:rFonts w:ascii="BIZ UDゴシック" w:eastAsia="BIZ UDゴシック" w:hAnsi="BIZ UDゴシック"/>
          <w:lang w:eastAsia="ja-JP"/>
        </w:rPr>
      </w:pPr>
    </w:p>
    <w:p w14:paraId="1C6ED78E" w14:textId="77777777" w:rsidR="00BC6777" w:rsidRPr="000D031D" w:rsidRDefault="00BC6777" w:rsidP="00AA16E5">
      <w:pPr>
        <w:spacing w:after="80" w:line="360" w:lineRule="auto"/>
        <w:rPr>
          <w:rFonts w:ascii="BIZ UDゴシック" w:eastAsia="BIZ UDゴシック" w:hAnsi="BIZ UDゴシック"/>
          <w:lang w:eastAsia="ja-JP"/>
        </w:rPr>
      </w:pPr>
    </w:p>
    <w:p w14:paraId="6912B79E" w14:textId="735F0B7F" w:rsidR="00BC6777" w:rsidRPr="000D031D" w:rsidRDefault="001B1E02" w:rsidP="00AA16E5">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4</w:t>
      </w:r>
      <w:r w:rsidR="0044372A" w:rsidRPr="000D031D">
        <w:rPr>
          <w:rFonts w:ascii="BIZ UDゴシック" w:eastAsia="BIZ UDゴシック" w:hAnsi="BIZ UDゴシック"/>
          <w:lang w:eastAsia="ja-JP"/>
        </w:rPr>
        <w:t xml:space="preserve">　</w:t>
      </w:r>
      <w:r w:rsidR="002F0F1E" w:rsidRPr="000D031D">
        <w:rPr>
          <w:rFonts w:ascii="BIZ UDゴシック" w:eastAsia="BIZ UDゴシック" w:hAnsi="BIZ UDゴシック"/>
          <w:lang w:eastAsia="ja-JP"/>
        </w:rPr>
        <w:t>変更後の補助金交付決定額（変更を承認する場合）</w:t>
      </w:r>
      <w:r w:rsidR="00BC6777" w:rsidRPr="000D031D">
        <w:rPr>
          <w:rFonts w:ascii="BIZ UDゴシック" w:eastAsia="BIZ UDゴシック" w:hAnsi="BIZ UDゴシック" w:hint="eastAsia"/>
          <w:lang w:eastAsia="ja-JP"/>
        </w:rPr>
        <w:t>：</w:t>
      </w:r>
      <w:r w:rsidR="0044372A" w:rsidRPr="000D031D">
        <w:rPr>
          <w:rFonts w:ascii="BIZ UDゴシック" w:eastAsia="BIZ UDゴシック" w:hAnsi="BIZ UDゴシック"/>
          <w:lang w:eastAsia="ja-JP"/>
        </w:rPr>
        <w:t xml:space="preserve">　　金　　　　　　　　　円</w:t>
      </w:r>
    </w:p>
    <w:p w14:paraId="033FFF33" w14:textId="77777777" w:rsidR="005D534D" w:rsidRPr="000D031D" w:rsidRDefault="0044372A">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492E0C03" w14:textId="6AD59A49"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w:t>
      </w:r>
      <w:r w:rsidR="005B58E6" w:rsidRPr="003D7B8D">
        <w:rPr>
          <w:rFonts w:ascii="BIZ UDゴシック" w:eastAsia="BIZ UDゴシック" w:hAnsi="BIZ UDゴシック" w:hint="eastAsia"/>
          <w:lang w:eastAsia="ja-JP"/>
        </w:rPr>
        <w:t>6</w:t>
      </w:r>
      <w:r w:rsidRPr="003D7B8D">
        <w:rPr>
          <w:rFonts w:ascii="BIZ UDゴシック" w:eastAsia="BIZ UDゴシック" w:hAnsi="BIZ UDゴシック"/>
          <w:lang w:eastAsia="zh-TW"/>
        </w:rPr>
        <w:t>（第</w:t>
      </w:r>
      <w:r w:rsidR="001F41E0" w:rsidRPr="003D7B8D">
        <w:rPr>
          <w:rFonts w:ascii="BIZ UDゴシック" w:eastAsia="BIZ UDゴシック" w:hAnsi="BIZ UDゴシック"/>
          <w:lang w:eastAsia="zh-TW"/>
        </w:rPr>
        <w:t>1</w:t>
      </w:r>
      <w:r w:rsidR="001F41E0" w:rsidRPr="003D7B8D">
        <w:rPr>
          <w:rFonts w:ascii="BIZ UDゴシック" w:eastAsia="BIZ UDゴシック" w:hAnsi="BIZ UDゴシック" w:hint="eastAsia"/>
          <w:lang w:eastAsia="ja-JP"/>
        </w:rPr>
        <w:t>1</w:t>
      </w:r>
      <w:r w:rsidRPr="003D7B8D">
        <w:rPr>
          <w:rFonts w:ascii="BIZ UDゴシック" w:eastAsia="BIZ UDゴシック" w:hAnsi="BIZ UDゴシック"/>
          <w:lang w:eastAsia="zh-TW"/>
        </w:rPr>
        <w:t>条関係）</w:t>
      </w:r>
    </w:p>
    <w:p w14:paraId="068FA9AF" w14:textId="1B9436EC" w:rsidR="005D534D" w:rsidRDefault="0044372A">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200BCCA9" w14:textId="77777777" w:rsidR="00C01710" w:rsidRPr="00C01710" w:rsidRDefault="00C01710">
      <w:pPr>
        <w:spacing w:after="60"/>
        <w:jc w:val="right"/>
        <w:rPr>
          <w:rFonts w:ascii="BIZ UDゴシック" w:eastAsia="PMingLiU" w:hAnsi="BIZ UDゴシック"/>
          <w:lang w:eastAsia="zh-TW"/>
        </w:rPr>
      </w:pPr>
    </w:p>
    <w:p w14:paraId="506D59D8" w14:textId="7FB72976" w:rsidR="005D534D" w:rsidRDefault="0044372A">
      <w:pPr>
        <w:spacing w:after="80"/>
        <w:rPr>
          <w:rFonts w:ascii="BIZ UDゴシック" w:eastAsia="BIZ UDゴシック" w:hAnsi="BIZ UDゴシック"/>
          <w:lang w:eastAsia="ja-JP"/>
        </w:rPr>
      </w:pPr>
      <w:r w:rsidRPr="000D031D">
        <w:rPr>
          <w:rFonts w:ascii="BIZ UDゴシック" w:eastAsia="BIZ UDゴシック" w:hAnsi="BIZ UDゴシック"/>
          <w:lang w:eastAsia="ja-JP"/>
        </w:rPr>
        <w:t>半田市長　様</w:t>
      </w:r>
    </w:p>
    <w:p w14:paraId="30BE8B4E" w14:textId="77777777" w:rsidR="00C01710" w:rsidRPr="000D031D" w:rsidRDefault="00C01710">
      <w:pPr>
        <w:spacing w:after="80"/>
        <w:rPr>
          <w:rFonts w:ascii="BIZ UDゴシック" w:eastAsia="BIZ UDゴシック" w:hAnsi="BIZ UDゴシック"/>
          <w:lang w:eastAsia="ja-JP"/>
        </w:rPr>
      </w:pPr>
    </w:p>
    <w:p w14:paraId="24C9EF3E"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住所又は所在地：</w:t>
      </w:r>
    </w:p>
    <w:p w14:paraId="71EBF350"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市内事務所・事業所所在地（該当する場合）：</w:t>
      </w:r>
    </w:p>
    <w:p w14:paraId="03E24372"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p>
    <w:p w14:paraId="1A4217CD"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氏名又は団体名：</w:t>
      </w:r>
    </w:p>
    <w:p w14:paraId="7497CD77"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適格請求書発行事業者登録番号（個人事業者のみ）：</w:t>
      </w:r>
    </w:p>
    <w:p w14:paraId="7EB23EB2"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p>
    <w:p w14:paraId="171C253B" w14:textId="77777777" w:rsidR="006E4CB4" w:rsidRPr="000D031D" w:rsidRDefault="006E4CB4" w:rsidP="006E4CB4">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代表者の職・氏名：</w:t>
      </w:r>
    </w:p>
    <w:p w14:paraId="2DCD17EF" w14:textId="77777777" w:rsidR="006E4CB4" w:rsidRPr="000D031D" w:rsidRDefault="006E4CB4" w:rsidP="006E4CB4">
      <w:pPr>
        <w:spacing w:line="240" w:lineRule="atLeast"/>
        <w:ind w:leftChars="1552" w:left="3725" w:firstLineChars="500" w:firstLine="1200"/>
        <w:rPr>
          <w:rFonts w:ascii="BIZ UDゴシック" w:eastAsia="BIZ UDゴシック" w:hAnsi="BIZ UDゴシック"/>
          <w:lang w:eastAsia="ja-JP"/>
        </w:rPr>
      </w:pPr>
      <w:r w:rsidRPr="000D031D">
        <w:rPr>
          <w:rFonts w:ascii="BIZ UDゴシック" w:eastAsia="BIZ UDゴシック" w:hAnsi="BIZ UDゴシック" w:hint="eastAsia"/>
          <w:lang w:eastAsia="ja-JP"/>
        </w:rPr>
        <w:t>連絡先：</w:t>
      </w:r>
    </w:p>
    <w:p w14:paraId="5777E158" w14:textId="18F2F77F" w:rsidR="005D534D" w:rsidRDefault="005D534D">
      <w:pPr>
        <w:spacing w:line="120" w:lineRule="exact"/>
        <w:rPr>
          <w:rFonts w:ascii="BIZ UDゴシック" w:eastAsia="BIZ UDゴシック" w:hAnsi="BIZ UDゴシック"/>
          <w:lang w:eastAsia="ja-JP"/>
        </w:rPr>
      </w:pPr>
    </w:p>
    <w:p w14:paraId="3C0D738A" w14:textId="77777777" w:rsidR="00C01710" w:rsidRPr="000D031D" w:rsidRDefault="00C01710">
      <w:pPr>
        <w:spacing w:line="120" w:lineRule="exact"/>
        <w:rPr>
          <w:rFonts w:ascii="BIZ UDゴシック" w:eastAsia="BIZ UDゴシック" w:hAnsi="BIZ UDゴシック"/>
          <w:lang w:eastAsia="ja-JP"/>
        </w:rPr>
      </w:pPr>
    </w:p>
    <w:p w14:paraId="2D0CC097" w14:textId="6B165C02" w:rsidR="005D534D" w:rsidRDefault="0044372A">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半田市デジタル技術実証サポート事業補助金実績報告書</w:t>
      </w:r>
    </w:p>
    <w:p w14:paraId="53D4A1A0" w14:textId="77777777" w:rsidR="00C01710" w:rsidRPr="000D031D" w:rsidRDefault="00C01710">
      <w:pPr>
        <w:spacing w:before="100" w:after="100"/>
        <w:jc w:val="center"/>
        <w:rPr>
          <w:rFonts w:ascii="BIZ UDゴシック" w:eastAsia="BIZ UDゴシック" w:hAnsi="BIZ UDゴシック"/>
          <w:lang w:eastAsia="ja-JP"/>
        </w:rPr>
      </w:pPr>
    </w:p>
    <w:p w14:paraId="5D452F9B" w14:textId="1F495C5B" w:rsidR="005D534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日付けで交付決定の通知を受けた補助事業が完了したので、関係書類を添えて、下記のとおり報告します。</w:t>
      </w:r>
    </w:p>
    <w:p w14:paraId="5C68D1BE" w14:textId="77777777" w:rsidR="00C01710" w:rsidRPr="000D031D" w:rsidRDefault="00C01710">
      <w:pPr>
        <w:spacing w:after="80"/>
        <w:ind w:firstLine="210"/>
        <w:rPr>
          <w:rFonts w:ascii="BIZ UDゴシック" w:eastAsia="BIZ UDゴシック" w:hAnsi="BIZ UDゴシック"/>
          <w:lang w:eastAsia="ja-JP"/>
        </w:rPr>
      </w:pPr>
    </w:p>
    <w:p w14:paraId="4240237A" w14:textId="77777777" w:rsidR="005D534D" w:rsidRPr="000D031D" w:rsidRDefault="0044372A">
      <w:pPr>
        <w:spacing w:after="80"/>
        <w:jc w:val="center"/>
        <w:rPr>
          <w:rFonts w:ascii="BIZ UDゴシック" w:eastAsia="BIZ UDゴシック" w:hAnsi="BIZ UDゴシック"/>
        </w:rPr>
      </w:pPr>
      <w:r w:rsidRPr="000D031D">
        <w:rPr>
          <w:rFonts w:ascii="BIZ UDゴシック" w:eastAsia="BIZ UDゴシック" w:hAnsi="BIZ UDゴシック"/>
        </w:rPr>
        <w:t>記</w:t>
      </w:r>
    </w:p>
    <w:tbl>
      <w:tblPr>
        <w:tblStyle w:val="afe"/>
        <w:tblW w:w="8450" w:type="dxa"/>
        <w:jc w:val="center"/>
        <w:tblLayout w:type="fixed"/>
        <w:tblLook w:val="04A0" w:firstRow="1" w:lastRow="0" w:firstColumn="1" w:lastColumn="0" w:noHBand="0" w:noVBand="1"/>
      </w:tblPr>
      <w:tblGrid>
        <w:gridCol w:w="3000"/>
        <w:gridCol w:w="5450"/>
      </w:tblGrid>
      <w:tr w:rsidR="005D534D" w:rsidRPr="000D031D" w14:paraId="2ABA5569" w14:textId="77777777" w:rsidTr="00C01710">
        <w:trPr>
          <w:jc w:val="center"/>
        </w:trPr>
        <w:tc>
          <w:tcPr>
            <w:tcW w:w="3000" w:type="dxa"/>
            <w:tcMar>
              <w:top w:w="100" w:type="dxa"/>
              <w:left w:w="100" w:type="dxa"/>
              <w:bottom w:w="100" w:type="dxa"/>
              <w:right w:w="100" w:type="dxa"/>
            </w:tcMar>
          </w:tcPr>
          <w:p w14:paraId="319DD4D1"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1　補助事業名</w:t>
            </w:r>
          </w:p>
        </w:tc>
        <w:tc>
          <w:tcPr>
            <w:tcW w:w="5450" w:type="dxa"/>
            <w:tcMar>
              <w:top w:w="100" w:type="dxa"/>
              <w:left w:w="100" w:type="dxa"/>
              <w:bottom w:w="100" w:type="dxa"/>
              <w:right w:w="100" w:type="dxa"/>
            </w:tcMar>
          </w:tcPr>
          <w:p w14:paraId="0EFA1312" w14:textId="77777777" w:rsidR="005D534D" w:rsidRPr="00C01710" w:rsidRDefault="005D534D">
            <w:pPr>
              <w:spacing w:line="320" w:lineRule="exact"/>
              <w:rPr>
                <w:rFonts w:ascii="BIZ UDゴシック" w:eastAsia="BIZ UDゴシック" w:hAnsi="BIZ UDゴシック"/>
                <w:sz w:val="20"/>
                <w:szCs w:val="20"/>
              </w:rPr>
            </w:pPr>
          </w:p>
        </w:tc>
      </w:tr>
      <w:tr w:rsidR="005D534D" w:rsidRPr="000D031D" w14:paraId="53AAF363" w14:textId="77777777" w:rsidTr="00C01710">
        <w:trPr>
          <w:jc w:val="center"/>
        </w:trPr>
        <w:tc>
          <w:tcPr>
            <w:tcW w:w="3000" w:type="dxa"/>
            <w:tcMar>
              <w:top w:w="100" w:type="dxa"/>
              <w:left w:w="100" w:type="dxa"/>
              <w:bottom w:w="100" w:type="dxa"/>
              <w:right w:w="100" w:type="dxa"/>
            </w:tcMar>
          </w:tcPr>
          <w:p w14:paraId="496B55A4" w14:textId="77777777" w:rsidR="005D534D"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2　補助事業の実施期間</w:t>
            </w:r>
          </w:p>
        </w:tc>
        <w:tc>
          <w:tcPr>
            <w:tcW w:w="5450" w:type="dxa"/>
            <w:tcMar>
              <w:top w:w="100" w:type="dxa"/>
              <w:left w:w="100" w:type="dxa"/>
              <w:bottom w:w="100" w:type="dxa"/>
              <w:right w:w="100" w:type="dxa"/>
            </w:tcMar>
          </w:tcPr>
          <w:p w14:paraId="35C14CC5" w14:textId="77777777" w:rsidR="005D534D"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令和　　年　　月　　日から令和　　年　　月　　日まで</w:t>
            </w:r>
          </w:p>
        </w:tc>
      </w:tr>
      <w:tr w:rsidR="005D534D" w:rsidRPr="000D031D" w14:paraId="42BFDEEF" w14:textId="77777777" w:rsidTr="00C01710">
        <w:trPr>
          <w:jc w:val="center"/>
        </w:trPr>
        <w:tc>
          <w:tcPr>
            <w:tcW w:w="3000" w:type="dxa"/>
            <w:tcMar>
              <w:top w:w="100" w:type="dxa"/>
              <w:left w:w="100" w:type="dxa"/>
              <w:bottom w:w="100" w:type="dxa"/>
              <w:right w:w="100" w:type="dxa"/>
            </w:tcMar>
          </w:tcPr>
          <w:p w14:paraId="6048044A"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3　補助金交付決定額</w:t>
            </w:r>
          </w:p>
        </w:tc>
        <w:tc>
          <w:tcPr>
            <w:tcW w:w="5450" w:type="dxa"/>
            <w:tcMar>
              <w:top w:w="100" w:type="dxa"/>
              <w:left w:w="100" w:type="dxa"/>
              <w:bottom w:w="100" w:type="dxa"/>
              <w:right w:w="100" w:type="dxa"/>
            </w:tcMar>
          </w:tcPr>
          <w:p w14:paraId="45D9773B"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金　　　　　　　　　円</w:t>
            </w:r>
          </w:p>
        </w:tc>
      </w:tr>
      <w:tr w:rsidR="005D534D" w:rsidRPr="000D031D" w14:paraId="4F25C4E0" w14:textId="77777777" w:rsidTr="00C01710">
        <w:trPr>
          <w:jc w:val="center"/>
        </w:trPr>
        <w:tc>
          <w:tcPr>
            <w:tcW w:w="3000" w:type="dxa"/>
            <w:tcMar>
              <w:top w:w="100" w:type="dxa"/>
              <w:left w:w="100" w:type="dxa"/>
              <w:bottom w:w="100" w:type="dxa"/>
              <w:right w:w="100" w:type="dxa"/>
            </w:tcMar>
          </w:tcPr>
          <w:p w14:paraId="55D8621F" w14:textId="77777777" w:rsidR="005D534D"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4　実績に基づく補助対象経費</w:t>
            </w:r>
          </w:p>
        </w:tc>
        <w:tc>
          <w:tcPr>
            <w:tcW w:w="5450" w:type="dxa"/>
            <w:tcMar>
              <w:top w:w="100" w:type="dxa"/>
              <w:left w:w="100" w:type="dxa"/>
              <w:bottom w:w="100" w:type="dxa"/>
              <w:right w:w="100" w:type="dxa"/>
            </w:tcMar>
          </w:tcPr>
          <w:p w14:paraId="69391D4B"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金　　　　　　　　　円</w:t>
            </w:r>
          </w:p>
        </w:tc>
      </w:tr>
      <w:tr w:rsidR="005D534D" w:rsidRPr="000D031D" w14:paraId="147A5F97" w14:textId="77777777" w:rsidTr="00C01710">
        <w:trPr>
          <w:jc w:val="center"/>
        </w:trPr>
        <w:tc>
          <w:tcPr>
            <w:tcW w:w="3000" w:type="dxa"/>
            <w:tcMar>
              <w:top w:w="100" w:type="dxa"/>
              <w:left w:w="100" w:type="dxa"/>
              <w:bottom w:w="100" w:type="dxa"/>
              <w:right w:w="100" w:type="dxa"/>
            </w:tcMar>
          </w:tcPr>
          <w:p w14:paraId="76FE9E29" w14:textId="77777777" w:rsidR="005D534D" w:rsidRPr="00C01710" w:rsidRDefault="0044372A">
            <w:pPr>
              <w:spacing w:line="320" w:lineRule="exact"/>
              <w:rPr>
                <w:rFonts w:ascii="BIZ UDゴシック" w:eastAsia="BIZ UDゴシック" w:hAnsi="BIZ UDゴシック"/>
                <w:sz w:val="20"/>
                <w:szCs w:val="20"/>
                <w:lang w:eastAsia="ja-JP"/>
              </w:rPr>
            </w:pPr>
            <w:r w:rsidRPr="00C01710">
              <w:rPr>
                <w:rFonts w:ascii="BIZ UDゴシック" w:eastAsia="BIZ UDゴシック" w:hAnsi="BIZ UDゴシック"/>
                <w:sz w:val="20"/>
                <w:szCs w:val="20"/>
                <w:lang w:eastAsia="ja-JP"/>
              </w:rPr>
              <w:t>5　実績に基づく補助金額</w:t>
            </w:r>
          </w:p>
        </w:tc>
        <w:tc>
          <w:tcPr>
            <w:tcW w:w="5450" w:type="dxa"/>
            <w:tcMar>
              <w:top w:w="100" w:type="dxa"/>
              <w:left w:w="100" w:type="dxa"/>
              <w:bottom w:w="100" w:type="dxa"/>
              <w:right w:w="100" w:type="dxa"/>
            </w:tcMar>
          </w:tcPr>
          <w:p w14:paraId="21069477"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金　　　　　　　　　円</w:t>
            </w:r>
          </w:p>
        </w:tc>
      </w:tr>
      <w:tr w:rsidR="005D534D" w:rsidRPr="000D031D" w14:paraId="3CCC163C" w14:textId="77777777" w:rsidTr="00C01710">
        <w:trPr>
          <w:jc w:val="center"/>
        </w:trPr>
        <w:tc>
          <w:tcPr>
            <w:tcW w:w="3000" w:type="dxa"/>
            <w:tcMar>
              <w:top w:w="100" w:type="dxa"/>
              <w:left w:w="100" w:type="dxa"/>
              <w:bottom w:w="100" w:type="dxa"/>
              <w:right w:w="100" w:type="dxa"/>
            </w:tcMar>
          </w:tcPr>
          <w:p w14:paraId="35B1ECD6"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6　概算払受領額</w:t>
            </w:r>
          </w:p>
        </w:tc>
        <w:tc>
          <w:tcPr>
            <w:tcW w:w="5450" w:type="dxa"/>
            <w:tcMar>
              <w:top w:w="100" w:type="dxa"/>
              <w:left w:w="100" w:type="dxa"/>
              <w:bottom w:w="100" w:type="dxa"/>
              <w:right w:w="100" w:type="dxa"/>
            </w:tcMar>
          </w:tcPr>
          <w:p w14:paraId="05D7A470" w14:textId="77777777" w:rsidR="005D534D" w:rsidRPr="00C01710" w:rsidRDefault="0044372A">
            <w:pPr>
              <w:spacing w:line="320" w:lineRule="exact"/>
              <w:rPr>
                <w:rFonts w:ascii="BIZ UDゴシック" w:eastAsia="BIZ UDゴシック" w:hAnsi="BIZ UDゴシック"/>
                <w:sz w:val="20"/>
                <w:szCs w:val="20"/>
              </w:rPr>
            </w:pPr>
            <w:r w:rsidRPr="00C01710">
              <w:rPr>
                <w:rFonts w:ascii="BIZ UDゴシック" w:eastAsia="BIZ UDゴシック" w:hAnsi="BIZ UDゴシック"/>
                <w:sz w:val="20"/>
                <w:szCs w:val="20"/>
              </w:rPr>
              <w:t>金　　　　　　　　　円</w:t>
            </w:r>
          </w:p>
        </w:tc>
      </w:tr>
    </w:tbl>
    <w:p w14:paraId="7C7DC273" w14:textId="77777777" w:rsidR="005D534D" w:rsidRPr="000D031D" w:rsidRDefault="0044372A" w:rsidP="00C01710">
      <w:pPr>
        <w:spacing w:before="100"/>
        <w:ind w:leftChars="200" w:left="480"/>
        <w:rPr>
          <w:rFonts w:ascii="BIZ UDゴシック" w:eastAsia="BIZ UDゴシック" w:hAnsi="BIZ UDゴシック"/>
          <w:lang w:eastAsia="zh-TW"/>
        </w:rPr>
      </w:pPr>
      <w:r w:rsidRPr="000D031D">
        <w:rPr>
          <w:rFonts w:ascii="BIZ UDゴシック" w:eastAsia="BIZ UDゴシック" w:hAnsi="BIZ UDゴシック"/>
          <w:b/>
          <w:lang w:eastAsia="zh-TW"/>
        </w:rPr>
        <w:t>添付書類</w:t>
      </w:r>
    </w:p>
    <w:p w14:paraId="7F99C0FE" w14:textId="77777777" w:rsidR="005D534D" w:rsidRPr="000D031D" w:rsidRDefault="0044372A" w:rsidP="00C01710">
      <w:pPr>
        <w:spacing w:line="320" w:lineRule="exact"/>
        <w:ind w:leftChars="295" w:left="708"/>
        <w:rPr>
          <w:rFonts w:ascii="BIZ UDゴシック" w:eastAsia="BIZ UDゴシック" w:hAnsi="BIZ UDゴシック"/>
          <w:lang w:eastAsia="zh-TW"/>
        </w:rPr>
      </w:pPr>
      <w:r w:rsidRPr="000D031D">
        <w:rPr>
          <w:rFonts w:ascii="BIZ UDゴシック" w:eastAsia="BIZ UDゴシック" w:hAnsi="BIZ UDゴシック"/>
          <w:lang w:eastAsia="zh-TW"/>
        </w:rPr>
        <w:t>□　事業実績書</w:t>
      </w:r>
    </w:p>
    <w:p w14:paraId="488DBCFF" w14:textId="77777777" w:rsidR="005D534D" w:rsidRPr="000D031D" w:rsidRDefault="0044372A" w:rsidP="00C01710">
      <w:pPr>
        <w:spacing w:line="320" w:lineRule="exact"/>
        <w:ind w:leftChars="295" w:left="708"/>
        <w:rPr>
          <w:rFonts w:ascii="BIZ UDゴシック" w:eastAsia="BIZ UDゴシック" w:hAnsi="BIZ UDゴシック"/>
          <w:lang w:eastAsia="ja-JP"/>
        </w:rPr>
      </w:pPr>
      <w:r w:rsidRPr="000D031D">
        <w:rPr>
          <w:rFonts w:ascii="BIZ UDゴシック" w:eastAsia="BIZ UDゴシック" w:hAnsi="BIZ UDゴシック"/>
          <w:lang w:eastAsia="ja-JP"/>
        </w:rPr>
        <w:t>□　収支決算書</w:t>
      </w:r>
    </w:p>
    <w:p w14:paraId="00984BB2" w14:textId="77777777" w:rsidR="005D534D" w:rsidRPr="000D031D" w:rsidRDefault="0044372A" w:rsidP="00C01710">
      <w:pPr>
        <w:spacing w:line="320" w:lineRule="exact"/>
        <w:ind w:leftChars="295" w:left="708"/>
        <w:rPr>
          <w:rFonts w:ascii="BIZ UDゴシック" w:eastAsia="BIZ UDゴシック" w:hAnsi="BIZ UDゴシック"/>
          <w:lang w:eastAsia="ja-JP"/>
        </w:rPr>
      </w:pPr>
      <w:r w:rsidRPr="000D031D">
        <w:rPr>
          <w:rFonts w:ascii="BIZ UDゴシック" w:eastAsia="BIZ UDゴシック" w:hAnsi="BIZ UDゴシック"/>
          <w:lang w:eastAsia="ja-JP"/>
        </w:rPr>
        <w:t>□　補助対象経費の支払を証する書類</w:t>
      </w:r>
    </w:p>
    <w:p w14:paraId="2D249328" w14:textId="77777777" w:rsidR="005D534D" w:rsidRPr="000D031D" w:rsidRDefault="0044372A" w:rsidP="00C01710">
      <w:pPr>
        <w:spacing w:line="320" w:lineRule="exact"/>
        <w:ind w:leftChars="295" w:left="708"/>
        <w:rPr>
          <w:rFonts w:ascii="BIZ UDゴシック" w:eastAsia="BIZ UDゴシック" w:hAnsi="BIZ UDゴシック"/>
          <w:lang w:eastAsia="ja-JP"/>
        </w:rPr>
      </w:pPr>
      <w:r w:rsidRPr="000D031D">
        <w:rPr>
          <w:rFonts w:ascii="BIZ UDゴシック" w:eastAsia="BIZ UDゴシック" w:hAnsi="BIZ UDゴシック"/>
          <w:lang w:eastAsia="ja-JP"/>
        </w:rPr>
        <w:t>□　その他市長が必要と認める書類</w:t>
      </w:r>
    </w:p>
    <w:p w14:paraId="6F2E382D" w14:textId="77777777" w:rsidR="005D534D" w:rsidRPr="000D031D" w:rsidRDefault="0044372A">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5B2DFD99" w14:textId="782264B6" w:rsidR="005D534D" w:rsidRPr="003D7B8D" w:rsidRDefault="0044372A" w:rsidP="00605361">
      <w:pPr>
        <w:spacing w:after="60"/>
        <w:rPr>
          <w:rFonts w:ascii="BIZ UDゴシック" w:eastAsia="BIZ UDゴシック" w:hAnsi="BIZ UDゴシック"/>
          <w:lang w:eastAsia="zh-TW"/>
        </w:rPr>
      </w:pPr>
      <w:r w:rsidRPr="003D7B8D">
        <w:rPr>
          <w:rFonts w:ascii="BIZ UDゴシック" w:eastAsia="BIZ UDゴシック" w:hAnsi="BIZ UDゴシック"/>
          <w:lang w:eastAsia="zh-TW"/>
        </w:rPr>
        <w:lastRenderedPageBreak/>
        <w:t>様式第</w:t>
      </w:r>
      <w:r w:rsidR="005B58E6" w:rsidRPr="003D7B8D">
        <w:rPr>
          <w:rFonts w:ascii="BIZ UDゴシック" w:eastAsia="BIZ UDゴシック" w:hAnsi="BIZ UDゴシック" w:hint="eastAsia"/>
          <w:lang w:eastAsia="ja-JP"/>
        </w:rPr>
        <w:t>7</w:t>
      </w:r>
      <w:r w:rsidRPr="003D7B8D">
        <w:rPr>
          <w:rFonts w:ascii="BIZ UDゴシック" w:eastAsia="BIZ UDゴシック" w:hAnsi="BIZ UDゴシック"/>
          <w:lang w:eastAsia="zh-TW"/>
        </w:rPr>
        <w:t>（第</w:t>
      </w:r>
      <w:r w:rsidR="001F41E0" w:rsidRPr="003D7B8D">
        <w:rPr>
          <w:rFonts w:ascii="BIZ UDゴシック" w:eastAsia="BIZ UDゴシック" w:hAnsi="BIZ UDゴシック" w:hint="eastAsia"/>
          <w:lang w:eastAsia="ja-JP"/>
        </w:rPr>
        <w:t>12</w:t>
      </w:r>
      <w:r w:rsidRPr="003D7B8D">
        <w:rPr>
          <w:rFonts w:ascii="BIZ UDゴシック" w:eastAsia="BIZ UDゴシック" w:hAnsi="BIZ UDゴシック"/>
          <w:lang w:eastAsia="zh-TW"/>
        </w:rPr>
        <w:t>条関係）</w:t>
      </w:r>
    </w:p>
    <w:p w14:paraId="0E66BC1D" w14:textId="1CC33CFE" w:rsidR="005D534D" w:rsidRDefault="0044372A">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0907A675" w14:textId="77777777" w:rsidR="00C01710" w:rsidRPr="00C01710" w:rsidRDefault="00C01710">
      <w:pPr>
        <w:spacing w:after="60"/>
        <w:jc w:val="right"/>
        <w:rPr>
          <w:rFonts w:ascii="BIZ UDゴシック" w:eastAsia="PMingLiU" w:hAnsi="BIZ UDゴシック"/>
          <w:lang w:eastAsia="zh-TW"/>
        </w:rPr>
      </w:pPr>
    </w:p>
    <w:p w14:paraId="164B5CBC" w14:textId="0589833D" w:rsidR="005D534D" w:rsidRDefault="0044372A">
      <w:pPr>
        <w:spacing w:after="40"/>
        <w:rPr>
          <w:rFonts w:ascii="BIZ UDゴシック" w:eastAsia="PMingLiU" w:hAnsi="BIZ UDゴシック"/>
          <w:lang w:eastAsia="zh-TW"/>
        </w:rPr>
      </w:pPr>
      <w:r w:rsidRPr="000D031D">
        <w:rPr>
          <w:rFonts w:ascii="BIZ UDゴシック" w:eastAsia="BIZ UDゴシック" w:hAnsi="BIZ UDゴシック"/>
          <w:lang w:eastAsia="zh-TW"/>
        </w:rPr>
        <w:t xml:space="preserve">　　　　　　　　　様</w:t>
      </w:r>
    </w:p>
    <w:p w14:paraId="077C7F80" w14:textId="77777777" w:rsidR="00C01710" w:rsidRPr="00C01710" w:rsidRDefault="00C01710">
      <w:pPr>
        <w:spacing w:after="40"/>
        <w:rPr>
          <w:rFonts w:ascii="BIZ UDゴシック" w:eastAsia="PMingLiU" w:hAnsi="BIZ UDゴシック"/>
          <w:lang w:eastAsia="zh-TW"/>
        </w:rPr>
      </w:pPr>
    </w:p>
    <w:p w14:paraId="6431549D" w14:textId="4E33F7CA" w:rsidR="005D534D" w:rsidRDefault="0044372A">
      <w:pPr>
        <w:spacing w:after="80"/>
        <w:jc w:val="right"/>
        <w:rPr>
          <w:rFonts w:ascii="BIZ UDゴシック" w:eastAsia="PMingLiU" w:hAnsi="BIZ UDゴシック"/>
          <w:lang w:eastAsia="zh-TW"/>
        </w:rPr>
      </w:pPr>
      <w:r w:rsidRPr="000D031D">
        <w:rPr>
          <w:rFonts w:ascii="BIZ UDゴシック" w:eastAsia="BIZ UDゴシック" w:hAnsi="BIZ UDゴシック"/>
          <w:lang w:eastAsia="zh-TW"/>
        </w:rPr>
        <w:t>半田市長　　　　　　　　　　　　　　印</w:t>
      </w:r>
    </w:p>
    <w:p w14:paraId="3AB5D341" w14:textId="77777777" w:rsidR="00C01710" w:rsidRPr="00C01710" w:rsidRDefault="00C01710">
      <w:pPr>
        <w:spacing w:after="80"/>
        <w:jc w:val="right"/>
        <w:rPr>
          <w:rFonts w:ascii="BIZ UDゴシック" w:eastAsia="PMingLiU" w:hAnsi="BIZ UDゴシック"/>
          <w:lang w:eastAsia="zh-TW"/>
        </w:rPr>
      </w:pPr>
    </w:p>
    <w:p w14:paraId="63562BAA" w14:textId="77777777" w:rsidR="006E4CB4" w:rsidRPr="000D031D" w:rsidRDefault="006E4CB4">
      <w:pPr>
        <w:spacing w:after="80"/>
        <w:jc w:val="right"/>
        <w:rPr>
          <w:rFonts w:ascii="BIZ UDゴシック" w:eastAsia="BIZ UDゴシック" w:hAnsi="BIZ UDゴシック"/>
          <w:lang w:eastAsia="zh-TW"/>
        </w:rPr>
      </w:pPr>
    </w:p>
    <w:p w14:paraId="5387ED57" w14:textId="77777777" w:rsidR="005D534D" w:rsidRPr="000D031D" w:rsidRDefault="0044372A">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半田市デジタル技術実証サポート事業補助金額確定通知書</w:t>
      </w:r>
    </w:p>
    <w:p w14:paraId="712AD570" w14:textId="6C763A67" w:rsidR="006E4CB4" w:rsidRDefault="006E4CB4">
      <w:pPr>
        <w:spacing w:before="100" w:after="100"/>
        <w:jc w:val="center"/>
        <w:rPr>
          <w:rFonts w:ascii="BIZ UDゴシック" w:eastAsia="BIZ UDゴシック" w:hAnsi="BIZ UDゴシック"/>
          <w:lang w:eastAsia="ja-JP"/>
        </w:rPr>
      </w:pPr>
    </w:p>
    <w:p w14:paraId="0EAB80CD" w14:textId="77777777" w:rsidR="00C01710" w:rsidRPr="000D031D" w:rsidRDefault="00C01710">
      <w:pPr>
        <w:spacing w:before="100" w:after="100"/>
        <w:jc w:val="center"/>
        <w:rPr>
          <w:rFonts w:ascii="BIZ UDゴシック" w:eastAsia="BIZ UDゴシック" w:hAnsi="BIZ UDゴシック"/>
          <w:lang w:eastAsia="ja-JP"/>
        </w:rPr>
      </w:pPr>
    </w:p>
    <w:p w14:paraId="20A9086F" w14:textId="77777777" w:rsidR="005D534D" w:rsidRPr="000D031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日付けで実績報告のありました半田市デジタル技術実証サポート事業補助金については、下記のとおり額を確定しましたので通知します。</w:t>
      </w:r>
    </w:p>
    <w:p w14:paraId="73617DA1" w14:textId="6478E3DB" w:rsidR="006E4CB4" w:rsidRDefault="006E4CB4">
      <w:pPr>
        <w:spacing w:after="80"/>
        <w:ind w:firstLine="210"/>
        <w:rPr>
          <w:rFonts w:ascii="BIZ UDゴシック" w:eastAsia="BIZ UDゴシック" w:hAnsi="BIZ UDゴシック"/>
          <w:lang w:eastAsia="ja-JP"/>
        </w:rPr>
      </w:pPr>
    </w:p>
    <w:p w14:paraId="0CCA28EB" w14:textId="77777777" w:rsidR="00C01710" w:rsidRPr="000D031D" w:rsidRDefault="00C01710">
      <w:pPr>
        <w:spacing w:after="80"/>
        <w:ind w:firstLine="210"/>
        <w:rPr>
          <w:rFonts w:ascii="BIZ UDゴシック" w:eastAsia="BIZ UDゴシック" w:hAnsi="BIZ UDゴシック"/>
          <w:lang w:eastAsia="ja-JP"/>
        </w:rPr>
      </w:pPr>
    </w:p>
    <w:p w14:paraId="0FB55E66" w14:textId="77777777" w:rsidR="005D534D" w:rsidRPr="000D031D" w:rsidRDefault="0044372A">
      <w:pPr>
        <w:spacing w:after="80"/>
        <w:jc w:val="center"/>
        <w:rPr>
          <w:rFonts w:ascii="BIZ UDゴシック" w:eastAsia="BIZ UDゴシック" w:hAnsi="BIZ UDゴシック"/>
          <w:lang w:eastAsia="zh-TW"/>
        </w:rPr>
      </w:pPr>
      <w:r w:rsidRPr="000D031D">
        <w:rPr>
          <w:rFonts w:ascii="BIZ UDゴシック" w:eastAsia="BIZ UDゴシック" w:hAnsi="BIZ UDゴシック"/>
          <w:lang w:eastAsia="zh-TW"/>
        </w:rPr>
        <w:t>記</w:t>
      </w:r>
    </w:p>
    <w:p w14:paraId="3BF31AE3" w14:textId="52763E15" w:rsidR="005D534D" w:rsidRPr="00C01710" w:rsidRDefault="0044372A" w:rsidP="00C01710">
      <w:pPr>
        <w:spacing w:after="80" w:line="360" w:lineRule="auto"/>
        <w:rPr>
          <w:rFonts w:ascii="BIZ UDゴシック" w:eastAsia="PMingLiU" w:hAnsi="BIZ UDゴシック"/>
          <w:lang w:eastAsia="zh-TW"/>
        </w:rPr>
      </w:pPr>
      <w:r w:rsidRPr="000D031D">
        <w:rPr>
          <w:rFonts w:ascii="BIZ UDゴシック" w:eastAsia="BIZ UDゴシック" w:hAnsi="BIZ UDゴシック"/>
          <w:lang w:eastAsia="zh-TW"/>
        </w:rPr>
        <w:t>1　補助事業名</w:t>
      </w:r>
      <w:r w:rsidR="00C01710">
        <w:rPr>
          <w:rFonts w:ascii="BIZ UDゴシック" w:eastAsia="PMingLiU" w:hAnsi="BIZ UDゴシック"/>
          <w:lang w:eastAsia="zh-TW"/>
        </w:rPr>
        <w:tab/>
      </w:r>
      <w:r w:rsidR="00C01710">
        <w:rPr>
          <w:rFonts w:ascii="BIZ UDゴシック" w:eastAsia="PMingLiU" w:hAnsi="BIZ UDゴシック"/>
          <w:lang w:eastAsia="zh-TW"/>
        </w:rPr>
        <w:tab/>
      </w:r>
      <w:r w:rsidR="00C01710">
        <w:rPr>
          <w:rFonts w:ascii="BIZ UDゴシック" w:eastAsia="PMingLiU" w:hAnsi="BIZ UDゴシック"/>
          <w:lang w:eastAsia="zh-TW"/>
        </w:rPr>
        <w:tab/>
      </w:r>
    </w:p>
    <w:p w14:paraId="785B5A44" w14:textId="4290897A" w:rsidR="005D534D" w:rsidRPr="000D031D" w:rsidRDefault="0044372A" w:rsidP="00C01710">
      <w:pPr>
        <w:spacing w:after="8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 xml:space="preserve">2　補助金交付決定額　</w:t>
      </w:r>
      <w:r w:rsidR="006E4CB4" w:rsidRPr="000D031D">
        <w:rPr>
          <w:rFonts w:ascii="BIZ UDゴシック" w:eastAsia="BIZ UDゴシック" w:hAnsi="BIZ UDゴシック" w:hint="eastAsia"/>
          <w:lang w:eastAsia="ja-JP"/>
        </w:rPr>
        <w:t xml:space="preserve">　</w:t>
      </w:r>
      <w:r w:rsidRPr="000D031D">
        <w:rPr>
          <w:rFonts w:ascii="BIZ UDゴシック" w:eastAsia="BIZ UDゴシック" w:hAnsi="BIZ UDゴシック"/>
          <w:lang w:eastAsia="zh-TW"/>
        </w:rPr>
        <w:t xml:space="preserve">　</w:t>
      </w:r>
      <w:r w:rsidR="00C01710">
        <w:rPr>
          <w:rFonts w:ascii="BIZ UDゴシック" w:eastAsia="PMingLiU" w:hAnsi="BIZ UDゴシック"/>
          <w:lang w:eastAsia="zh-TW"/>
        </w:rPr>
        <w:tab/>
      </w:r>
      <w:r w:rsidRPr="000D031D">
        <w:rPr>
          <w:rFonts w:ascii="BIZ UDゴシック" w:eastAsia="BIZ UDゴシック" w:hAnsi="BIZ UDゴシック"/>
          <w:lang w:eastAsia="zh-TW"/>
        </w:rPr>
        <w:t>金　　　　　　　　　円</w:t>
      </w:r>
    </w:p>
    <w:p w14:paraId="63A2E0CE" w14:textId="3DF6D973" w:rsidR="005D534D" w:rsidRPr="000D031D" w:rsidRDefault="0044372A" w:rsidP="00C01710">
      <w:pPr>
        <w:spacing w:after="8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 xml:space="preserve">3　補助金確定額　　　　</w:t>
      </w:r>
      <w:r w:rsidR="006E4CB4" w:rsidRPr="000D031D">
        <w:rPr>
          <w:rFonts w:ascii="BIZ UDゴシック" w:eastAsia="BIZ UDゴシック" w:hAnsi="BIZ UDゴシック" w:hint="eastAsia"/>
          <w:lang w:eastAsia="ja-JP"/>
        </w:rPr>
        <w:t xml:space="preserve">　</w:t>
      </w:r>
      <w:r w:rsidR="00C01710">
        <w:rPr>
          <w:rFonts w:ascii="BIZ UDゴシック" w:eastAsia="BIZ UDゴシック" w:hAnsi="BIZ UDゴシック"/>
          <w:lang w:eastAsia="ja-JP"/>
        </w:rPr>
        <w:tab/>
      </w:r>
      <w:r w:rsidRPr="000D031D">
        <w:rPr>
          <w:rFonts w:ascii="BIZ UDゴシック" w:eastAsia="BIZ UDゴシック" w:hAnsi="BIZ UDゴシック"/>
          <w:lang w:eastAsia="zh-TW"/>
        </w:rPr>
        <w:t>金　　　　　　　　　円</w:t>
      </w:r>
    </w:p>
    <w:p w14:paraId="7A9733A5" w14:textId="4200D93C" w:rsidR="005D534D" w:rsidRPr="000D031D" w:rsidRDefault="0044372A" w:rsidP="00C01710">
      <w:pPr>
        <w:spacing w:after="8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 xml:space="preserve">4　概算払済額　　　　</w:t>
      </w:r>
      <w:r w:rsidR="006E4CB4" w:rsidRPr="000D031D">
        <w:rPr>
          <w:rFonts w:ascii="BIZ UDゴシック" w:eastAsia="BIZ UDゴシック" w:hAnsi="BIZ UDゴシック" w:hint="eastAsia"/>
          <w:lang w:eastAsia="ja-JP"/>
        </w:rPr>
        <w:t xml:space="preserve">　</w:t>
      </w:r>
      <w:r w:rsidRPr="000D031D">
        <w:rPr>
          <w:rFonts w:ascii="BIZ UDゴシック" w:eastAsia="BIZ UDゴシック" w:hAnsi="BIZ UDゴシック"/>
          <w:lang w:eastAsia="zh-TW"/>
        </w:rPr>
        <w:t xml:space="preserve">　</w:t>
      </w:r>
      <w:r w:rsidR="00C01710">
        <w:rPr>
          <w:rFonts w:ascii="BIZ UDゴシック" w:eastAsia="PMingLiU" w:hAnsi="BIZ UDゴシック"/>
          <w:lang w:eastAsia="zh-TW"/>
        </w:rPr>
        <w:tab/>
      </w:r>
      <w:r w:rsidRPr="000D031D">
        <w:rPr>
          <w:rFonts w:ascii="BIZ UDゴシック" w:eastAsia="BIZ UDゴシック" w:hAnsi="BIZ UDゴシック"/>
          <w:lang w:eastAsia="zh-TW"/>
        </w:rPr>
        <w:t>金　　　　　　　　　円</w:t>
      </w:r>
    </w:p>
    <w:p w14:paraId="15A547F7" w14:textId="359A9F13" w:rsidR="005D534D" w:rsidRPr="000D031D" w:rsidRDefault="0044372A" w:rsidP="00C01710">
      <w:pPr>
        <w:spacing w:after="80" w:line="360" w:lineRule="auto"/>
        <w:rPr>
          <w:rFonts w:ascii="BIZ UDゴシック" w:eastAsia="BIZ UDゴシック" w:hAnsi="BIZ UDゴシック"/>
          <w:lang w:eastAsia="ja-JP"/>
        </w:rPr>
      </w:pPr>
      <w:r w:rsidRPr="000D031D">
        <w:rPr>
          <w:rFonts w:ascii="BIZ UDゴシック" w:eastAsia="BIZ UDゴシック" w:hAnsi="BIZ UDゴシック"/>
          <w:lang w:eastAsia="ja-JP"/>
        </w:rPr>
        <w:t xml:space="preserve">5　差引請求額又は返還額　</w:t>
      </w:r>
      <w:r w:rsidR="00C01710">
        <w:rPr>
          <w:rFonts w:ascii="BIZ UDゴシック" w:eastAsia="BIZ UDゴシック" w:hAnsi="BIZ UDゴシック"/>
          <w:lang w:eastAsia="ja-JP"/>
        </w:rPr>
        <w:tab/>
      </w:r>
      <w:r w:rsidRPr="000D031D">
        <w:rPr>
          <w:rFonts w:ascii="BIZ UDゴシック" w:eastAsia="BIZ UDゴシック" w:hAnsi="BIZ UDゴシック"/>
          <w:lang w:eastAsia="ja-JP"/>
        </w:rPr>
        <w:t>金　　　　　　　　　円</w:t>
      </w:r>
    </w:p>
    <w:p w14:paraId="00C68E80" w14:textId="77777777" w:rsidR="005D534D" w:rsidRPr="000D031D" w:rsidRDefault="0044372A">
      <w:pPr>
        <w:rPr>
          <w:rFonts w:ascii="BIZ UDゴシック" w:eastAsia="BIZ UDゴシック" w:hAnsi="BIZ UDゴシック"/>
          <w:lang w:eastAsia="ja-JP"/>
        </w:rPr>
      </w:pPr>
      <w:r w:rsidRPr="000D031D">
        <w:rPr>
          <w:rFonts w:ascii="BIZ UDゴシック" w:eastAsia="BIZ UDゴシック" w:hAnsi="BIZ UDゴシック"/>
          <w:lang w:eastAsia="ja-JP"/>
        </w:rPr>
        <w:br w:type="page"/>
      </w:r>
    </w:p>
    <w:p w14:paraId="16CE0FE4" w14:textId="4E7486CF" w:rsidR="009B164F" w:rsidRPr="009B164F" w:rsidRDefault="009B164F" w:rsidP="009B164F">
      <w:pPr>
        <w:spacing w:after="60"/>
        <w:rPr>
          <w:rFonts w:ascii="BIZ UDゴシック" w:eastAsia="BIZ UDゴシック" w:hAnsi="BIZ UDゴシック"/>
          <w:lang w:eastAsia="zh-TW"/>
        </w:rPr>
      </w:pPr>
      <w:r w:rsidRPr="009B164F">
        <w:rPr>
          <w:rFonts w:ascii="BIZ UDゴシック" w:eastAsia="BIZ UDゴシック" w:hAnsi="BIZ UDゴシック"/>
          <w:lang w:eastAsia="zh-TW"/>
        </w:rPr>
        <w:lastRenderedPageBreak/>
        <w:t>様式第</w:t>
      </w:r>
      <w:r w:rsidRPr="009B164F">
        <w:rPr>
          <w:rFonts w:ascii="BIZ UDゴシック" w:eastAsia="BIZ UDゴシック" w:hAnsi="BIZ UDゴシック" w:hint="eastAsia"/>
          <w:lang w:eastAsia="ja-JP"/>
        </w:rPr>
        <w:t>7の2</w:t>
      </w:r>
      <w:r w:rsidRPr="009B164F">
        <w:rPr>
          <w:rFonts w:ascii="BIZ UDゴシック" w:eastAsia="BIZ UDゴシック" w:hAnsi="BIZ UDゴシック"/>
          <w:lang w:eastAsia="zh-TW"/>
        </w:rPr>
        <w:t>（第</w:t>
      </w:r>
      <w:r w:rsidRPr="009B164F">
        <w:rPr>
          <w:rFonts w:ascii="BIZ UDゴシック" w:eastAsia="BIZ UDゴシック" w:hAnsi="BIZ UDゴシック" w:hint="eastAsia"/>
          <w:lang w:eastAsia="ja-JP"/>
        </w:rPr>
        <w:t>12</w:t>
      </w:r>
      <w:r w:rsidRPr="009B164F">
        <w:rPr>
          <w:rFonts w:ascii="BIZ UDゴシック" w:eastAsia="BIZ UDゴシック" w:hAnsi="BIZ UDゴシック"/>
          <w:lang w:eastAsia="zh-TW"/>
        </w:rPr>
        <w:t>条関係</w:t>
      </w:r>
      <w:r w:rsidR="00BA0187">
        <w:rPr>
          <w:rFonts w:ascii="BIZ UDゴシック" w:eastAsia="BIZ UDゴシック" w:hAnsi="BIZ UDゴシック" w:hint="eastAsia"/>
          <w:lang w:eastAsia="ja-JP"/>
        </w:rPr>
        <w:t>・第17条関係</w:t>
      </w:r>
      <w:r w:rsidRPr="009B164F">
        <w:rPr>
          <w:rFonts w:ascii="BIZ UDゴシック" w:eastAsia="BIZ UDゴシック" w:hAnsi="BIZ UDゴシック"/>
          <w:lang w:eastAsia="zh-TW"/>
        </w:rPr>
        <w:t>）</w:t>
      </w:r>
    </w:p>
    <w:p w14:paraId="7A44696D" w14:textId="77777777" w:rsidR="009B164F" w:rsidRDefault="009B164F" w:rsidP="009B164F">
      <w:pPr>
        <w:spacing w:after="60"/>
        <w:jc w:val="right"/>
        <w:rPr>
          <w:rFonts w:ascii="BIZ UDゴシック" w:eastAsia="PMingLiU" w:hAnsi="BIZ UDゴシック"/>
          <w:lang w:eastAsia="zh-TW"/>
        </w:rPr>
      </w:pPr>
      <w:r w:rsidRPr="000D031D">
        <w:rPr>
          <w:rFonts w:ascii="BIZ UDゴシック" w:eastAsia="BIZ UDゴシック" w:hAnsi="BIZ UDゴシック"/>
          <w:lang w:eastAsia="zh-TW"/>
        </w:rPr>
        <w:t>年　　月　　日</w:t>
      </w:r>
    </w:p>
    <w:p w14:paraId="2D8D855E" w14:textId="77777777" w:rsidR="009B164F" w:rsidRPr="00C01710" w:rsidRDefault="009B164F" w:rsidP="009B164F">
      <w:pPr>
        <w:spacing w:after="60"/>
        <w:jc w:val="right"/>
        <w:rPr>
          <w:rFonts w:ascii="BIZ UDゴシック" w:eastAsia="PMingLiU" w:hAnsi="BIZ UDゴシック"/>
          <w:lang w:eastAsia="zh-TW"/>
        </w:rPr>
      </w:pPr>
    </w:p>
    <w:p w14:paraId="294229E9" w14:textId="77777777" w:rsidR="009B164F" w:rsidRDefault="009B164F" w:rsidP="009B164F">
      <w:pPr>
        <w:spacing w:after="40"/>
        <w:rPr>
          <w:rFonts w:ascii="BIZ UDゴシック" w:eastAsia="PMingLiU" w:hAnsi="BIZ UDゴシック"/>
          <w:lang w:eastAsia="zh-TW"/>
        </w:rPr>
      </w:pPr>
      <w:r w:rsidRPr="000D031D">
        <w:rPr>
          <w:rFonts w:ascii="BIZ UDゴシック" w:eastAsia="BIZ UDゴシック" w:hAnsi="BIZ UDゴシック"/>
          <w:lang w:eastAsia="zh-TW"/>
        </w:rPr>
        <w:t xml:space="preserve">　　　　　　　　　様</w:t>
      </w:r>
    </w:p>
    <w:p w14:paraId="6A4EA369" w14:textId="77777777" w:rsidR="009B164F" w:rsidRPr="00C01710" w:rsidRDefault="009B164F" w:rsidP="009B164F">
      <w:pPr>
        <w:spacing w:after="40"/>
        <w:rPr>
          <w:rFonts w:ascii="BIZ UDゴシック" w:eastAsia="PMingLiU" w:hAnsi="BIZ UDゴシック"/>
          <w:lang w:eastAsia="zh-TW"/>
        </w:rPr>
      </w:pPr>
    </w:p>
    <w:p w14:paraId="65DFF631" w14:textId="77777777" w:rsidR="009B164F" w:rsidRDefault="009B164F" w:rsidP="009B164F">
      <w:pPr>
        <w:spacing w:after="80"/>
        <w:jc w:val="right"/>
        <w:rPr>
          <w:rFonts w:ascii="BIZ UDゴシック" w:eastAsia="PMingLiU" w:hAnsi="BIZ UDゴシック"/>
          <w:lang w:eastAsia="zh-TW"/>
        </w:rPr>
      </w:pPr>
      <w:r w:rsidRPr="000D031D">
        <w:rPr>
          <w:rFonts w:ascii="BIZ UDゴシック" w:eastAsia="BIZ UDゴシック" w:hAnsi="BIZ UDゴシック"/>
          <w:lang w:eastAsia="zh-TW"/>
        </w:rPr>
        <w:t>半田市長　　　　　　　　　　　　　　印</w:t>
      </w:r>
    </w:p>
    <w:p w14:paraId="5BF4AA17" w14:textId="77777777" w:rsidR="009B164F" w:rsidRPr="00C01710" w:rsidRDefault="009B164F" w:rsidP="009B164F">
      <w:pPr>
        <w:spacing w:after="80"/>
        <w:jc w:val="right"/>
        <w:rPr>
          <w:rFonts w:ascii="BIZ UDゴシック" w:eastAsia="PMingLiU" w:hAnsi="BIZ UDゴシック"/>
          <w:lang w:eastAsia="zh-TW"/>
        </w:rPr>
      </w:pPr>
    </w:p>
    <w:p w14:paraId="542E0A99" w14:textId="77777777" w:rsidR="009B164F" w:rsidRPr="000D031D" w:rsidRDefault="009B164F" w:rsidP="009B164F">
      <w:pPr>
        <w:spacing w:after="80"/>
        <w:jc w:val="right"/>
        <w:rPr>
          <w:rFonts w:ascii="BIZ UDゴシック" w:eastAsia="BIZ UDゴシック" w:hAnsi="BIZ UDゴシック"/>
          <w:lang w:eastAsia="zh-TW"/>
        </w:rPr>
      </w:pPr>
    </w:p>
    <w:p w14:paraId="05596C0C" w14:textId="77777777" w:rsidR="009B164F" w:rsidRPr="000D031D" w:rsidRDefault="009B164F" w:rsidP="009B164F">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半田市デジタル技術実証サポート事業補助金額</w:t>
      </w:r>
      <w:r>
        <w:rPr>
          <w:rFonts w:ascii="BIZ UDゴシック" w:eastAsia="BIZ UDゴシック" w:hAnsi="BIZ UDゴシック" w:hint="eastAsia"/>
          <w:b/>
          <w:lang w:eastAsia="ja-JP"/>
        </w:rPr>
        <w:t>変更</w:t>
      </w:r>
      <w:r w:rsidRPr="000D031D">
        <w:rPr>
          <w:rFonts w:ascii="BIZ UDゴシック" w:eastAsia="BIZ UDゴシック" w:hAnsi="BIZ UDゴシック"/>
          <w:b/>
          <w:lang w:eastAsia="ja-JP"/>
        </w:rPr>
        <w:t>確定通知書</w:t>
      </w:r>
    </w:p>
    <w:p w14:paraId="5292C161" w14:textId="77777777" w:rsidR="009B164F" w:rsidRDefault="009B164F" w:rsidP="009B164F">
      <w:pPr>
        <w:spacing w:before="100" w:after="100"/>
        <w:jc w:val="center"/>
        <w:rPr>
          <w:rFonts w:ascii="BIZ UDゴシック" w:eastAsia="BIZ UDゴシック" w:hAnsi="BIZ UDゴシック"/>
          <w:lang w:eastAsia="ja-JP"/>
        </w:rPr>
      </w:pPr>
    </w:p>
    <w:p w14:paraId="631188D8" w14:textId="77777777" w:rsidR="009B164F" w:rsidRPr="000D031D" w:rsidRDefault="009B164F" w:rsidP="009B164F">
      <w:pPr>
        <w:spacing w:before="100" w:after="100"/>
        <w:jc w:val="center"/>
        <w:rPr>
          <w:rFonts w:ascii="BIZ UDゴシック" w:eastAsia="BIZ UDゴシック" w:hAnsi="BIZ UDゴシック"/>
          <w:lang w:eastAsia="ja-JP"/>
        </w:rPr>
      </w:pPr>
    </w:p>
    <w:p w14:paraId="32BBA1CF" w14:textId="0EE4872A" w:rsidR="009B164F" w:rsidRDefault="009B164F" w:rsidP="009B164F">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w:t>
      </w:r>
      <w:bookmarkStart w:id="0" w:name="_Hlk242127766"/>
      <w:r w:rsidR="00705F3F" w:rsidRPr="00705F3F">
        <w:rPr>
          <w:rFonts w:ascii="BIZ UDゴシック" w:eastAsia="BIZ UDゴシック" w:hAnsi="BIZ UDゴシック" w:hint="eastAsia"/>
          <w:lang w:eastAsia="ja-JP"/>
        </w:rPr>
        <w:t>年　月　日付けで補助金の額を確定した半田市デジタル技術実証サポート事業補助金について、半田市デジタル技術実証サポート事業補助金交付要綱第</w:t>
      </w:r>
      <w:r w:rsidR="00705F3F" w:rsidRPr="00705F3F">
        <w:rPr>
          <w:rFonts w:ascii="BIZ UDゴシック" w:eastAsia="BIZ UDゴシック" w:hAnsi="BIZ UDゴシック"/>
          <w:lang w:eastAsia="ja-JP"/>
        </w:rPr>
        <w:t>12条第3項の規定により、下記のとおり補助金の額を改めて確定しましたので通知します。</w:t>
      </w:r>
      <w:bookmarkEnd w:id="0"/>
    </w:p>
    <w:p w14:paraId="70221798" w14:textId="7AFC8F90" w:rsidR="00180FCE" w:rsidRPr="000D031D" w:rsidRDefault="00180FCE" w:rsidP="009B164F">
      <w:pPr>
        <w:spacing w:after="80"/>
        <w:ind w:firstLine="210"/>
        <w:rPr>
          <w:rFonts w:ascii="BIZ UDゴシック" w:eastAsia="BIZ UDゴシック" w:hAnsi="BIZ UDゴシック"/>
          <w:lang w:eastAsia="ja-JP"/>
        </w:rPr>
      </w:pPr>
      <w:r w:rsidRPr="00180FCE">
        <w:rPr>
          <w:rFonts w:ascii="BIZ UDゴシック" w:eastAsia="BIZ UDゴシック" w:hAnsi="BIZ UDゴシック" w:hint="eastAsia"/>
          <w:lang w:eastAsia="ja-JP"/>
        </w:rPr>
        <w:t>なお、返還額がある場合は、同要綱第</w:t>
      </w:r>
      <w:r w:rsidRPr="00180FCE">
        <w:rPr>
          <w:rFonts w:ascii="BIZ UDゴシック" w:eastAsia="BIZ UDゴシック" w:hAnsi="BIZ UDゴシック"/>
          <w:lang w:eastAsia="ja-JP"/>
        </w:rPr>
        <w:t>17条第1項の規定により、当該返還額を返還期限までに返還することを命じます。</w:t>
      </w:r>
    </w:p>
    <w:p w14:paraId="633B45C8" w14:textId="77777777" w:rsidR="009B164F" w:rsidRDefault="009B164F" w:rsidP="009B164F">
      <w:pPr>
        <w:spacing w:after="80"/>
        <w:ind w:firstLine="210"/>
        <w:rPr>
          <w:rFonts w:ascii="BIZ UDゴシック" w:eastAsia="BIZ UDゴシック" w:hAnsi="BIZ UDゴシック"/>
          <w:lang w:eastAsia="ja-JP"/>
        </w:rPr>
      </w:pPr>
    </w:p>
    <w:p w14:paraId="73F103B6" w14:textId="77777777" w:rsidR="009B164F" w:rsidRPr="000D031D" w:rsidRDefault="009B164F" w:rsidP="009B164F">
      <w:pPr>
        <w:spacing w:after="80"/>
        <w:ind w:firstLine="210"/>
        <w:rPr>
          <w:rFonts w:ascii="BIZ UDゴシック" w:eastAsia="BIZ UDゴシック" w:hAnsi="BIZ UDゴシック"/>
          <w:lang w:eastAsia="ja-JP"/>
        </w:rPr>
      </w:pPr>
    </w:p>
    <w:p w14:paraId="00285934" w14:textId="77777777" w:rsidR="009B164F" w:rsidRPr="000D031D" w:rsidRDefault="009B164F" w:rsidP="009B164F">
      <w:pPr>
        <w:spacing w:after="80"/>
        <w:jc w:val="center"/>
        <w:rPr>
          <w:rFonts w:ascii="BIZ UDゴシック" w:eastAsia="BIZ UDゴシック" w:hAnsi="BIZ UDゴシック"/>
          <w:lang w:eastAsia="zh-TW"/>
        </w:rPr>
      </w:pPr>
      <w:r w:rsidRPr="000D031D">
        <w:rPr>
          <w:rFonts w:ascii="BIZ UDゴシック" w:eastAsia="BIZ UDゴシック" w:hAnsi="BIZ UDゴシック"/>
          <w:lang w:eastAsia="zh-TW"/>
        </w:rPr>
        <w:t>記</w:t>
      </w:r>
    </w:p>
    <w:p w14:paraId="03E51912" w14:textId="77777777" w:rsidR="00585F1C" w:rsidRPr="00C01710" w:rsidRDefault="00585F1C" w:rsidP="00585F1C">
      <w:pPr>
        <w:spacing w:after="80" w:line="360" w:lineRule="auto"/>
        <w:rPr>
          <w:rFonts w:ascii="BIZ UDゴシック" w:eastAsia="PMingLiU" w:hAnsi="BIZ UDゴシック"/>
          <w:lang w:eastAsia="zh-TW"/>
        </w:rPr>
      </w:pPr>
      <w:r w:rsidRPr="000D031D">
        <w:rPr>
          <w:rFonts w:ascii="BIZ UDゴシック" w:eastAsia="BIZ UDゴシック" w:hAnsi="BIZ UDゴシック"/>
          <w:lang w:eastAsia="zh-TW"/>
        </w:rPr>
        <w:t>1　補助事業名</w:t>
      </w:r>
      <w:r>
        <w:rPr>
          <w:rFonts w:ascii="BIZ UDゴシック" w:eastAsia="PMingLiU" w:hAnsi="BIZ UDゴシック"/>
          <w:lang w:eastAsia="zh-TW"/>
        </w:rPr>
        <w:tab/>
      </w:r>
      <w:r>
        <w:rPr>
          <w:rFonts w:ascii="BIZ UDゴシック" w:eastAsia="PMingLiU" w:hAnsi="BIZ UDゴシック"/>
          <w:lang w:eastAsia="zh-TW"/>
        </w:rPr>
        <w:tab/>
      </w:r>
      <w:r>
        <w:rPr>
          <w:rFonts w:ascii="BIZ UDゴシック" w:eastAsia="PMingLiU" w:hAnsi="BIZ UDゴシック"/>
          <w:lang w:eastAsia="zh-TW"/>
        </w:rPr>
        <w:tab/>
      </w:r>
    </w:p>
    <w:p w14:paraId="06FF7792" w14:textId="77777777" w:rsidR="00585F1C" w:rsidRPr="000D031D" w:rsidRDefault="00585F1C" w:rsidP="00585F1C">
      <w:pPr>
        <w:tabs>
          <w:tab w:val="left" w:pos="4820"/>
        </w:tabs>
        <w:spacing w:after="8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2　補助金交付決定額</w:t>
      </w:r>
      <w:r>
        <w:rPr>
          <w:rFonts w:asciiTheme="minorEastAsia" w:eastAsiaTheme="minorEastAsia" w:hAnsiTheme="minorEastAsia" w:hint="eastAsia"/>
          <w:lang w:eastAsia="ja-JP"/>
        </w:rPr>
        <w:t xml:space="preserve">　</w:t>
      </w:r>
      <w:r>
        <w:rPr>
          <w:rFonts w:asciiTheme="minorEastAsia" w:eastAsiaTheme="minorEastAsia" w:hAnsiTheme="minorEastAsia"/>
          <w:lang w:eastAsia="ja-JP"/>
        </w:rPr>
        <w:tab/>
      </w:r>
      <w:r w:rsidRPr="000D031D">
        <w:rPr>
          <w:rFonts w:ascii="BIZ UDゴシック" w:eastAsia="BIZ UDゴシック" w:hAnsi="BIZ UDゴシック"/>
          <w:lang w:eastAsia="zh-TW"/>
        </w:rPr>
        <w:t>金　　　　　　　　　円</w:t>
      </w:r>
    </w:p>
    <w:p w14:paraId="119AE014" w14:textId="77777777" w:rsidR="00585F1C" w:rsidRDefault="00585F1C" w:rsidP="00585F1C">
      <w:pPr>
        <w:tabs>
          <w:tab w:val="left" w:pos="4820"/>
        </w:tabs>
        <w:spacing w:after="80" w:line="360" w:lineRule="auto"/>
        <w:rPr>
          <w:rFonts w:ascii="BIZ UDゴシック" w:eastAsia="PMingLiU" w:hAnsi="BIZ UDゴシック"/>
          <w:lang w:eastAsia="zh-TW"/>
        </w:rPr>
      </w:pPr>
      <w:r w:rsidRPr="000D031D">
        <w:rPr>
          <w:rFonts w:ascii="BIZ UDゴシック" w:eastAsia="BIZ UDゴシック" w:hAnsi="BIZ UDゴシック"/>
          <w:lang w:eastAsia="zh-TW"/>
        </w:rPr>
        <w:t xml:space="preserve">3　</w:t>
      </w:r>
      <w:r>
        <w:rPr>
          <w:rFonts w:ascii="BIZ UDゴシック" w:eastAsia="BIZ UDゴシック" w:hAnsi="BIZ UDゴシック" w:hint="eastAsia"/>
          <w:lang w:eastAsia="ja-JP"/>
        </w:rPr>
        <w:t>変更前の</w:t>
      </w:r>
      <w:r w:rsidRPr="000D031D">
        <w:rPr>
          <w:rFonts w:ascii="BIZ UDゴシック" w:eastAsia="BIZ UDゴシック" w:hAnsi="BIZ UDゴシック"/>
          <w:lang w:eastAsia="zh-TW"/>
        </w:rPr>
        <w:t>補助金確定額</w:t>
      </w:r>
      <w:r>
        <w:rPr>
          <w:rFonts w:ascii="BIZ UDゴシック" w:eastAsia="PMingLiU" w:hAnsi="BIZ UDゴシック"/>
          <w:lang w:eastAsia="zh-TW"/>
        </w:rPr>
        <w:tab/>
      </w:r>
      <w:r w:rsidRPr="000D031D">
        <w:rPr>
          <w:rFonts w:ascii="BIZ UDゴシック" w:eastAsia="BIZ UDゴシック" w:hAnsi="BIZ UDゴシック"/>
          <w:lang w:eastAsia="zh-TW"/>
        </w:rPr>
        <w:t>金　　　　　　　　　円</w:t>
      </w:r>
    </w:p>
    <w:p w14:paraId="7D93100A" w14:textId="77777777" w:rsidR="00585F1C" w:rsidRPr="000D031D" w:rsidRDefault="00585F1C" w:rsidP="00585F1C">
      <w:pPr>
        <w:tabs>
          <w:tab w:val="left" w:pos="4820"/>
        </w:tabs>
        <w:spacing w:after="80" w:line="360" w:lineRule="auto"/>
        <w:rPr>
          <w:rFonts w:ascii="BIZ UDゴシック" w:eastAsia="BIZ UDゴシック" w:hAnsi="BIZ UDゴシック"/>
          <w:lang w:eastAsia="zh-TW"/>
        </w:rPr>
      </w:pPr>
      <w:r>
        <w:rPr>
          <w:rFonts w:ascii="BIZ UDゴシック" w:eastAsia="BIZ UDゴシック" w:hAnsi="BIZ UDゴシック"/>
          <w:lang w:eastAsia="zh-TW"/>
        </w:rPr>
        <w:t>4</w:t>
      </w:r>
      <w:r w:rsidRPr="000D031D">
        <w:rPr>
          <w:rFonts w:ascii="BIZ UDゴシック" w:eastAsia="BIZ UDゴシック" w:hAnsi="BIZ UDゴシック"/>
          <w:lang w:eastAsia="zh-TW"/>
        </w:rPr>
        <w:t xml:space="preserve">　</w:t>
      </w:r>
      <w:r>
        <w:rPr>
          <w:rFonts w:ascii="BIZ UDゴシック" w:eastAsia="BIZ UDゴシック" w:hAnsi="BIZ UDゴシック" w:hint="eastAsia"/>
          <w:lang w:eastAsia="ja-JP"/>
        </w:rPr>
        <w:t>変更後の</w:t>
      </w:r>
      <w:r w:rsidRPr="000D031D">
        <w:rPr>
          <w:rFonts w:ascii="BIZ UDゴシック" w:eastAsia="BIZ UDゴシック" w:hAnsi="BIZ UDゴシック"/>
          <w:lang w:eastAsia="zh-TW"/>
        </w:rPr>
        <w:t>補助金確定額</w:t>
      </w:r>
      <w:r>
        <w:rPr>
          <w:rFonts w:ascii="BIZ UDゴシック" w:eastAsia="PMingLiU" w:hAnsi="BIZ UDゴシック"/>
          <w:lang w:eastAsia="zh-TW"/>
        </w:rPr>
        <w:tab/>
      </w:r>
      <w:r w:rsidRPr="000D031D">
        <w:rPr>
          <w:rFonts w:ascii="BIZ UDゴシック" w:eastAsia="BIZ UDゴシック" w:hAnsi="BIZ UDゴシック"/>
          <w:lang w:eastAsia="zh-TW"/>
        </w:rPr>
        <w:t>金　　　　　　　　　円</w:t>
      </w:r>
    </w:p>
    <w:p w14:paraId="0DDB595B" w14:textId="77777777" w:rsidR="00585F1C" w:rsidRPr="00283911" w:rsidRDefault="00585F1C" w:rsidP="00585F1C">
      <w:pPr>
        <w:tabs>
          <w:tab w:val="left" w:pos="4820"/>
        </w:tabs>
        <w:spacing w:after="80" w:line="360" w:lineRule="auto"/>
        <w:rPr>
          <w:rFonts w:ascii="BIZ UDゴシック" w:eastAsia="BIZ UDゴシック" w:hAnsi="BIZ UDゴシック"/>
          <w:lang w:eastAsia="ja-JP"/>
        </w:rPr>
      </w:pPr>
      <w:r w:rsidRPr="00791E79">
        <w:rPr>
          <w:rFonts w:ascii="BIZ UDゴシック" w:eastAsia="BIZ UDゴシック" w:hAnsi="BIZ UDゴシック"/>
          <w:lang w:eastAsia="zh-TW"/>
        </w:rPr>
        <w:t>5</w:t>
      </w:r>
      <w:r w:rsidRPr="00791E79">
        <w:rPr>
          <w:rFonts w:ascii="BIZ UDゴシック" w:eastAsia="BIZ UDゴシック" w:hAnsi="BIZ UDゴシック" w:hint="eastAsia"/>
          <w:lang w:eastAsia="zh-TW"/>
        </w:rPr>
        <w:t xml:space="preserve">　変更額</w:t>
      </w:r>
      <w:r w:rsidRPr="00A22BF0">
        <w:rPr>
          <w:rFonts w:ascii="BIZ UDゴシック" w:eastAsia="BIZ UDゴシック" w:hAnsi="BIZ UDゴシック" w:hint="eastAsia"/>
          <w:lang w:eastAsia="zh-TW"/>
        </w:rPr>
        <w:t>（変更前確定額－変更後確定額）</w:t>
      </w:r>
      <w:r>
        <w:rPr>
          <w:rFonts w:ascii="BIZ UDゴシック" w:eastAsia="PMingLiU" w:hAnsi="BIZ UDゴシック"/>
          <w:lang w:eastAsia="zh-TW"/>
        </w:rPr>
        <w:tab/>
      </w:r>
      <w:r w:rsidRPr="00791E79">
        <w:rPr>
          <w:rFonts w:ascii="BIZ UDゴシック" w:eastAsia="BIZ UDゴシック" w:hAnsi="BIZ UDゴシック" w:hint="eastAsia"/>
          <w:lang w:eastAsia="zh-TW"/>
        </w:rPr>
        <w:t>金　　　　　　　　　円</w:t>
      </w:r>
    </w:p>
    <w:p w14:paraId="32FFA624" w14:textId="77777777" w:rsidR="00585F1C" w:rsidRDefault="00585F1C" w:rsidP="00585F1C">
      <w:pPr>
        <w:spacing w:after="80" w:line="360" w:lineRule="auto"/>
        <w:rPr>
          <w:rFonts w:ascii="BIZ UDゴシック" w:eastAsia="BIZ UDゴシック" w:hAnsi="BIZ UDゴシック"/>
          <w:lang w:eastAsia="ja-JP"/>
        </w:rPr>
      </w:pPr>
      <w:r>
        <w:rPr>
          <w:rFonts w:ascii="BIZ UDゴシック" w:eastAsia="BIZ UDゴシック" w:hAnsi="BIZ UDゴシック"/>
          <w:lang w:eastAsia="zh-TW"/>
        </w:rPr>
        <w:t>6</w:t>
      </w:r>
      <w:r w:rsidRPr="000D031D">
        <w:rPr>
          <w:rFonts w:ascii="BIZ UDゴシック" w:eastAsia="BIZ UDゴシック" w:hAnsi="BIZ UDゴシック"/>
          <w:lang w:eastAsia="zh-TW"/>
        </w:rPr>
        <w:t xml:space="preserve">　</w:t>
      </w:r>
      <w:r>
        <w:rPr>
          <w:rFonts w:ascii="BIZ UDゴシック" w:eastAsia="BIZ UDゴシック" w:hAnsi="BIZ UDゴシック" w:hint="eastAsia"/>
          <w:lang w:eastAsia="ja-JP"/>
        </w:rPr>
        <w:t>変更理由</w:t>
      </w:r>
    </w:p>
    <w:p w14:paraId="149581C1" w14:textId="77777777" w:rsidR="00585F1C" w:rsidRPr="000D031D" w:rsidRDefault="00585F1C" w:rsidP="00585F1C">
      <w:pPr>
        <w:spacing w:after="80" w:line="360" w:lineRule="auto"/>
        <w:rPr>
          <w:rFonts w:ascii="BIZ UDゴシック" w:eastAsia="BIZ UDゴシック" w:hAnsi="BIZ UDゴシック"/>
          <w:lang w:eastAsia="zh-TW"/>
        </w:rPr>
      </w:pPr>
    </w:p>
    <w:p w14:paraId="469F9850" w14:textId="77777777" w:rsidR="00585F1C" w:rsidRDefault="00585F1C" w:rsidP="00585F1C">
      <w:pPr>
        <w:tabs>
          <w:tab w:val="left" w:pos="4820"/>
        </w:tabs>
        <w:spacing w:after="80" w:line="360" w:lineRule="auto"/>
        <w:rPr>
          <w:rFonts w:ascii="BIZ UDゴシック" w:eastAsia="BIZ UDゴシック" w:hAnsi="BIZ UDゴシック"/>
          <w:lang w:eastAsia="ja-JP"/>
        </w:rPr>
      </w:pPr>
      <w:r>
        <w:rPr>
          <w:rFonts w:ascii="BIZ UDゴシック" w:eastAsia="BIZ UDゴシック" w:hAnsi="BIZ UDゴシック"/>
          <w:lang w:eastAsia="ja-JP"/>
        </w:rPr>
        <w:t>7</w:t>
      </w:r>
      <w:r w:rsidRPr="000D031D">
        <w:rPr>
          <w:rFonts w:ascii="BIZ UDゴシック" w:eastAsia="BIZ UDゴシック" w:hAnsi="BIZ UDゴシック"/>
          <w:lang w:eastAsia="ja-JP"/>
        </w:rPr>
        <w:t xml:space="preserve">　</w:t>
      </w:r>
      <w:r>
        <w:rPr>
          <w:rFonts w:ascii="BIZ UDゴシック" w:eastAsia="BIZ UDゴシック" w:hAnsi="BIZ UDゴシック" w:hint="eastAsia"/>
          <w:lang w:eastAsia="ja-JP"/>
        </w:rPr>
        <w:t>既交付額</w:t>
      </w:r>
      <w:r w:rsidRPr="00A22BF0">
        <w:rPr>
          <w:rFonts w:ascii="BIZ UDゴシック" w:eastAsia="BIZ UDゴシック" w:hAnsi="BIZ UDゴシック" w:hint="eastAsia"/>
          <w:lang w:eastAsia="ja-JP"/>
        </w:rPr>
        <w:t>（概算払額を含む）</w:t>
      </w:r>
      <w:r>
        <w:rPr>
          <w:rFonts w:ascii="BIZ UDゴシック" w:eastAsia="BIZ UDゴシック" w:hAnsi="BIZ UDゴシック"/>
          <w:lang w:eastAsia="ja-JP"/>
        </w:rPr>
        <w:tab/>
      </w:r>
      <w:r w:rsidRPr="000D031D">
        <w:rPr>
          <w:rFonts w:ascii="BIZ UDゴシック" w:eastAsia="BIZ UDゴシック" w:hAnsi="BIZ UDゴシック"/>
          <w:lang w:eastAsia="ja-JP"/>
        </w:rPr>
        <w:t>金　　　　　　　　　円</w:t>
      </w:r>
    </w:p>
    <w:p w14:paraId="73A30EAD" w14:textId="59CBEB7F" w:rsidR="00585F1C" w:rsidRDefault="00585F1C" w:rsidP="00585F1C">
      <w:pPr>
        <w:tabs>
          <w:tab w:val="left" w:pos="4820"/>
        </w:tabs>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8　返還額</w:t>
      </w:r>
      <w:r w:rsidRPr="00A22BF0">
        <w:rPr>
          <w:rFonts w:ascii="BIZ UDゴシック" w:eastAsia="BIZ UDゴシック" w:hAnsi="BIZ UDゴシック" w:hint="eastAsia"/>
          <w:lang w:eastAsia="ja-JP"/>
        </w:rPr>
        <w:t>（</w:t>
      </w:r>
      <w:r w:rsidR="00F377B4" w:rsidRPr="00F377B4">
        <w:rPr>
          <w:rFonts w:ascii="BIZ UDゴシック" w:eastAsia="BIZ UDゴシック" w:hAnsi="BIZ UDゴシック" w:hint="eastAsia"/>
          <w:lang w:eastAsia="ja-JP"/>
        </w:rPr>
        <w:t>既交付額が変更後の補助金額を超える場合の差額</w:t>
      </w:r>
      <w:r w:rsidRPr="00A22BF0">
        <w:rPr>
          <w:rFonts w:ascii="BIZ UDゴシック" w:eastAsia="BIZ UDゴシック" w:hAnsi="BIZ UDゴシック" w:hint="eastAsia"/>
          <w:lang w:eastAsia="ja-JP"/>
        </w:rPr>
        <w:t>）</w:t>
      </w:r>
      <w:r w:rsidR="00F377B4">
        <w:rPr>
          <w:rFonts w:ascii="BIZ UDゴシック" w:eastAsia="BIZ UDゴシック" w:hAnsi="BIZ UDゴシック"/>
          <w:lang w:eastAsia="ja-JP"/>
        </w:rPr>
        <w:br/>
      </w:r>
      <w:r>
        <w:rPr>
          <w:rFonts w:ascii="BIZ UDゴシック" w:eastAsia="BIZ UDゴシック" w:hAnsi="BIZ UDゴシック"/>
          <w:lang w:eastAsia="ja-JP"/>
        </w:rPr>
        <w:tab/>
      </w:r>
      <w:r>
        <w:rPr>
          <w:rFonts w:ascii="BIZ UDゴシック" w:eastAsia="BIZ UDゴシック" w:hAnsi="BIZ UDゴシック" w:hint="eastAsia"/>
          <w:lang w:eastAsia="ja-JP"/>
        </w:rPr>
        <w:t>金　　　　　　　　　円</w:t>
      </w:r>
    </w:p>
    <w:p w14:paraId="5176E5FA" w14:textId="77777777" w:rsidR="00585F1C" w:rsidRDefault="00585F1C" w:rsidP="00585F1C">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9　返還期限</w:t>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hint="eastAsia"/>
          <w:lang w:eastAsia="ja-JP"/>
        </w:rPr>
        <w:t xml:space="preserve">　　年　　　月　　　日</w:t>
      </w:r>
    </w:p>
    <w:p w14:paraId="59618DA6" w14:textId="77777777" w:rsidR="00585F1C" w:rsidRDefault="00585F1C" w:rsidP="00585F1C">
      <w:pPr>
        <w:spacing w:after="80" w:line="360" w:lineRule="auto"/>
        <w:rPr>
          <w:rFonts w:ascii="BIZ UDゴシック" w:eastAsia="BIZ UDゴシック" w:hAnsi="BIZ UDゴシック"/>
          <w:lang w:eastAsia="ja-JP"/>
        </w:rPr>
      </w:pPr>
      <w:r>
        <w:rPr>
          <w:rFonts w:ascii="BIZ UDゴシック" w:eastAsia="BIZ UDゴシック" w:hAnsi="BIZ UDゴシック" w:hint="eastAsia"/>
          <w:lang w:eastAsia="ja-JP"/>
        </w:rPr>
        <w:t>1</w:t>
      </w:r>
      <w:r>
        <w:rPr>
          <w:rFonts w:ascii="BIZ UDゴシック" w:eastAsia="BIZ UDゴシック" w:hAnsi="BIZ UDゴシック"/>
          <w:lang w:eastAsia="ja-JP"/>
        </w:rPr>
        <w:t xml:space="preserve">0 </w:t>
      </w:r>
      <w:r>
        <w:rPr>
          <w:rFonts w:ascii="BIZ UDゴシック" w:eastAsia="BIZ UDゴシック" w:hAnsi="BIZ UDゴシック" w:hint="eastAsia"/>
          <w:lang w:eastAsia="ja-JP"/>
        </w:rPr>
        <w:t>返還方法</w:t>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lang w:eastAsia="ja-JP"/>
        </w:rPr>
        <w:tab/>
      </w:r>
      <w:r>
        <w:rPr>
          <w:rFonts w:ascii="BIZ UDゴシック" w:eastAsia="BIZ UDゴシック" w:hAnsi="BIZ UDゴシック" w:hint="eastAsia"/>
          <w:lang w:eastAsia="ja-JP"/>
        </w:rPr>
        <w:t>別途交付する納付書による。</w:t>
      </w:r>
    </w:p>
    <w:p w14:paraId="53068ADA" w14:textId="7F163A74" w:rsidR="009B164F" w:rsidRDefault="00585F1C" w:rsidP="00F377B4">
      <w:pPr>
        <w:spacing w:after="80" w:line="360" w:lineRule="auto"/>
        <w:rPr>
          <w:rFonts w:ascii="BIZ UDゴシック" w:eastAsia="BIZ UDゴシック" w:hAnsi="BIZ UDゴシック"/>
          <w:lang w:eastAsia="ja-JP"/>
        </w:rPr>
      </w:pPr>
      <w:r w:rsidRPr="00A22BF0">
        <w:rPr>
          <w:rFonts w:ascii="BIZ UDゴシック" w:eastAsia="BIZ UDゴシック" w:hAnsi="BIZ UDゴシック" w:hint="eastAsia"/>
          <w:lang w:eastAsia="ja-JP"/>
        </w:rPr>
        <w:t>※返還額が</w:t>
      </w:r>
      <w:r w:rsidRPr="00A22BF0">
        <w:rPr>
          <w:rFonts w:ascii="BIZ UDゴシック" w:eastAsia="BIZ UDゴシック" w:hAnsi="BIZ UDゴシック"/>
          <w:lang w:eastAsia="ja-JP"/>
        </w:rPr>
        <w:t>0円の場合は、返還期限及び返還方法の記載を要しない。</w:t>
      </w:r>
      <w:r w:rsidR="009B164F">
        <w:rPr>
          <w:rFonts w:ascii="BIZ UDゴシック" w:eastAsia="BIZ UDゴシック" w:hAnsi="BIZ UDゴシック"/>
          <w:lang w:eastAsia="ja-JP"/>
        </w:rPr>
        <w:br w:type="page"/>
      </w:r>
    </w:p>
    <w:p w14:paraId="5C5567B7" w14:textId="5D95B325" w:rsidR="005D534D" w:rsidRPr="003D7B8D" w:rsidRDefault="0044372A" w:rsidP="00605361">
      <w:pPr>
        <w:spacing w:after="60"/>
        <w:rPr>
          <w:rFonts w:ascii="BIZ UDゴシック" w:eastAsia="BIZ UDゴシック" w:hAnsi="BIZ UDゴシック"/>
          <w:lang w:eastAsia="ja-JP"/>
        </w:rPr>
      </w:pPr>
      <w:r w:rsidRPr="003D7B8D">
        <w:rPr>
          <w:rFonts w:ascii="BIZ UDゴシック" w:eastAsia="BIZ UDゴシック" w:hAnsi="BIZ UDゴシック"/>
          <w:lang w:eastAsia="ja-JP"/>
        </w:rPr>
        <w:lastRenderedPageBreak/>
        <w:t>様式</w:t>
      </w:r>
      <w:r w:rsidR="00ED27FB" w:rsidRPr="003D7B8D">
        <w:rPr>
          <w:rFonts w:ascii="BIZ UDゴシック" w:eastAsia="BIZ UDゴシック" w:hAnsi="BIZ UDゴシック"/>
          <w:lang w:eastAsia="ja-JP"/>
        </w:rPr>
        <w:t>第</w:t>
      </w:r>
      <w:r w:rsidR="00ED27FB" w:rsidRPr="003D7B8D">
        <w:rPr>
          <w:rFonts w:ascii="BIZ UDゴシック" w:eastAsia="BIZ UDゴシック" w:hAnsi="BIZ UDゴシック" w:hint="eastAsia"/>
          <w:lang w:eastAsia="ja-JP"/>
        </w:rPr>
        <w:t>8</w:t>
      </w:r>
      <w:r w:rsidRPr="003D7B8D">
        <w:rPr>
          <w:rFonts w:ascii="BIZ UDゴシック" w:eastAsia="BIZ UDゴシック" w:hAnsi="BIZ UDゴシック"/>
          <w:lang w:eastAsia="ja-JP"/>
        </w:rPr>
        <w:t>（</w:t>
      </w:r>
      <w:r w:rsidR="001F41E0" w:rsidRPr="003D7B8D">
        <w:rPr>
          <w:rFonts w:ascii="BIZ UDゴシック" w:eastAsia="BIZ UDゴシック" w:hAnsi="BIZ UDゴシック"/>
          <w:lang w:eastAsia="ja-JP"/>
        </w:rPr>
        <w:t>第</w:t>
      </w:r>
      <w:r w:rsidR="001F41E0" w:rsidRPr="003D7B8D">
        <w:rPr>
          <w:rFonts w:ascii="BIZ UDゴシック" w:eastAsia="BIZ UDゴシック" w:hAnsi="BIZ UDゴシック" w:hint="eastAsia"/>
          <w:lang w:eastAsia="ja-JP"/>
        </w:rPr>
        <w:t>13</w:t>
      </w:r>
      <w:r w:rsidR="001F41E0" w:rsidRPr="003D7B8D">
        <w:rPr>
          <w:rFonts w:ascii="BIZ UDゴシック" w:eastAsia="BIZ UDゴシック" w:hAnsi="BIZ UDゴシック"/>
          <w:lang w:eastAsia="ja-JP"/>
        </w:rPr>
        <w:t>・</w:t>
      </w:r>
      <w:r w:rsidR="001F41E0" w:rsidRPr="003D7B8D">
        <w:rPr>
          <w:rFonts w:ascii="BIZ UDゴシック" w:eastAsia="BIZ UDゴシック" w:hAnsi="BIZ UDゴシック" w:hint="eastAsia"/>
          <w:lang w:eastAsia="ja-JP"/>
        </w:rPr>
        <w:t>14</w:t>
      </w:r>
      <w:r w:rsidRPr="003D7B8D">
        <w:rPr>
          <w:rFonts w:ascii="BIZ UDゴシック" w:eastAsia="BIZ UDゴシック" w:hAnsi="BIZ UDゴシック"/>
          <w:lang w:eastAsia="ja-JP"/>
        </w:rPr>
        <w:t>条関係）</w:t>
      </w:r>
    </w:p>
    <w:p w14:paraId="5378BF8E" w14:textId="5C180497" w:rsidR="005D534D" w:rsidRDefault="0044372A">
      <w:pPr>
        <w:spacing w:after="60"/>
        <w:jc w:val="right"/>
        <w:rPr>
          <w:rFonts w:ascii="BIZ UDゴシック" w:eastAsia="BIZ UDゴシック" w:hAnsi="BIZ UDゴシック"/>
          <w:lang w:eastAsia="ja-JP"/>
        </w:rPr>
      </w:pPr>
      <w:r w:rsidRPr="000D031D">
        <w:rPr>
          <w:rFonts w:ascii="BIZ UDゴシック" w:eastAsia="BIZ UDゴシック" w:hAnsi="BIZ UDゴシック"/>
          <w:lang w:eastAsia="ja-JP"/>
        </w:rPr>
        <w:t>年　　月　　日</w:t>
      </w:r>
    </w:p>
    <w:p w14:paraId="2074EC86" w14:textId="77777777" w:rsidR="00C01710" w:rsidRPr="000D031D" w:rsidRDefault="00C01710">
      <w:pPr>
        <w:spacing w:after="60"/>
        <w:jc w:val="right"/>
        <w:rPr>
          <w:rFonts w:ascii="BIZ UDゴシック" w:eastAsia="BIZ UDゴシック" w:hAnsi="BIZ UDゴシック"/>
          <w:lang w:eastAsia="ja-JP"/>
        </w:rPr>
      </w:pPr>
    </w:p>
    <w:p w14:paraId="5A599B5A" w14:textId="40A29816" w:rsidR="005D534D" w:rsidRDefault="0044372A">
      <w:pPr>
        <w:spacing w:after="80"/>
        <w:rPr>
          <w:rFonts w:ascii="BIZ UDゴシック" w:eastAsia="BIZ UDゴシック" w:hAnsi="BIZ UDゴシック"/>
          <w:lang w:eastAsia="ja-JP"/>
        </w:rPr>
      </w:pPr>
      <w:r w:rsidRPr="000D031D">
        <w:rPr>
          <w:rFonts w:ascii="BIZ UDゴシック" w:eastAsia="BIZ UDゴシック" w:hAnsi="BIZ UDゴシック"/>
          <w:lang w:eastAsia="ja-JP"/>
        </w:rPr>
        <w:t>半田市長　様</w:t>
      </w:r>
    </w:p>
    <w:p w14:paraId="38B161CE" w14:textId="77777777" w:rsidR="00C01710" w:rsidRPr="000D031D" w:rsidRDefault="00C01710">
      <w:pPr>
        <w:spacing w:after="80"/>
        <w:rPr>
          <w:rFonts w:ascii="BIZ UDゴシック" w:eastAsia="BIZ UDゴシック" w:hAnsi="BIZ UDゴシック"/>
          <w:lang w:eastAsia="ja-JP"/>
        </w:rPr>
      </w:pPr>
    </w:p>
    <w:p w14:paraId="64CA1F38"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住所又は所在地：</w:t>
      </w:r>
    </w:p>
    <w:p w14:paraId="391C957D"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市内事務所・事業所所在地（該当する場合）：</w:t>
      </w:r>
    </w:p>
    <w:p w14:paraId="189FB6B4"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p>
    <w:p w14:paraId="4230C625"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氏名又は団体名：</w:t>
      </w:r>
    </w:p>
    <w:p w14:paraId="642E6077"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適格請求書発行事業者登録番号（個人事業者のみ）：</w:t>
      </w:r>
    </w:p>
    <w:p w14:paraId="6237AC11"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p>
    <w:p w14:paraId="0CD0E52A" w14:textId="77777777" w:rsidR="007A6BE5" w:rsidRPr="000D031D" w:rsidRDefault="007A6BE5" w:rsidP="007A6BE5">
      <w:pPr>
        <w:spacing w:line="240" w:lineRule="atLeast"/>
        <w:ind w:leftChars="1552" w:left="3725"/>
        <w:rPr>
          <w:rFonts w:ascii="BIZ UDゴシック" w:eastAsia="BIZ UDゴシック" w:hAnsi="BIZ UDゴシック"/>
          <w:lang w:eastAsia="ja-JP"/>
        </w:rPr>
      </w:pPr>
      <w:r w:rsidRPr="000D031D">
        <w:rPr>
          <w:rFonts w:ascii="BIZ UDゴシック" w:eastAsia="BIZ UDゴシック" w:hAnsi="BIZ UDゴシック" w:hint="eastAsia"/>
          <w:lang w:eastAsia="ja-JP"/>
        </w:rPr>
        <w:t>代表者の職・氏名：</w:t>
      </w:r>
    </w:p>
    <w:p w14:paraId="44F43FB1" w14:textId="77777777" w:rsidR="007A6BE5" w:rsidRPr="000D031D" w:rsidRDefault="007A6BE5" w:rsidP="007A6BE5">
      <w:pPr>
        <w:spacing w:line="240" w:lineRule="atLeast"/>
        <w:ind w:leftChars="1552" w:left="3725" w:firstLineChars="500" w:firstLine="1200"/>
        <w:rPr>
          <w:rFonts w:ascii="BIZ UDゴシック" w:eastAsia="BIZ UDゴシック" w:hAnsi="BIZ UDゴシック"/>
          <w:lang w:eastAsia="ja-JP"/>
        </w:rPr>
      </w:pPr>
      <w:r w:rsidRPr="000D031D">
        <w:rPr>
          <w:rFonts w:ascii="BIZ UDゴシック" w:eastAsia="BIZ UDゴシック" w:hAnsi="BIZ UDゴシック" w:hint="eastAsia"/>
          <w:lang w:eastAsia="ja-JP"/>
        </w:rPr>
        <w:t>連絡先：</w:t>
      </w:r>
    </w:p>
    <w:p w14:paraId="11C850A5" w14:textId="0801DF33" w:rsidR="005D534D" w:rsidRDefault="005D534D">
      <w:pPr>
        <w:spacing w:line="120" w:lineRule="exact"/>
        <w:rPr>
          <w:rFonts w:ascii="BIZ UDゴシック" w:eastAsia="BIZ UDゴシック" w:hAnsi="BIZ UDゴシック"/>
          <w:lang w:eastAsia="ja-JP"/>
        </w:rPr>
      </w:pPr>
    </w:p>
    <w:p w14:paraId="4ADC6651" w14:textId="77777777" w:rsidR="00C01710" w:rsidRPr="000D031D" w:rsidRDefault="00C01710">
      <w:pPr>
        <w:spacing w:line="120" w:lineRule="exact"/>
        <w:rPr>
          <w:rFonts w:ascii="BIZ UDゴシック" w:eastAsia="BIZ UDゴシック" w:hAnsi="BIZ UDゴシック"/>
          <w:lang w:eastAsia="ja-JP"/>
        </w:rPr>
      </w:pPr>
    </w:p>
    <w:p w14:paraId="4CCA8C1A" w14:textId="77777777" w:rsidR="005D534D" w:rsidRPr="000D031D" w:rsidRDefault="0044372A">
      <w:pPr>
        <w:spacing w:before="100" w:after="100"/>
        <w:jc w:val="center"/>
        <w:rPr>
          <w:rFonts w:ascii="BIZ UDゴシック" w:eastAsia="BIZ UDゴシック" w:hAnsi="BIZ UDゴシック"/>
          <w:b/>
          <w:lang w:eastAsia="ja-JP"/>
        </w:rPr>
      </w:pPr>
      <w:r w:rsidRPr="000D031D">
        <w:rPr>
          <w:rFonts w:ascii="BIZ UDゴシック" w:eastAsia="BIZ UDゴシック" w:hAnsi="BIZ UDゴシック"/>
          <w:b/>
          <w:lang w:eastAsia="ja-JP"/>
        </w:rPr>
        <w:t>半田市デジタル技術実証サポート事業補助金請求書</w:t>
      </w:r>
    </w:p>
    <w:p w14:paraId="29AF61B8" w14:textId="77777777" w:rsidR="007A6BE5" w:rsidRPr="000D031D" w:rsidRDefault="007A6BE5">
      <w:pPr>
        <w:spacing w:before="100" w:after="100"/>
        <w:jc w:val="center"/>
        <w:rPr>
          <w:rFonts w:ascii="BIZ UDゴシック" w:eastAsia="BIZ UDゴシック" w:hAnsi="BIZ UDゴシック"/>
          <w:lang w:eastAsia="ja-JP"/>
        </w:rPr>
      </w:pPr>
    </w:p>
    <w:p w14:paraId="116DAA33" w14:textId="344665F7" w:rsidR="005D534D" w:rsidRPr="000D031D" w:rsidRDefault="0044372A">
      <w:pPr>
        <w:spacing w:after="80"/>
        <w:ind w:firstLine="210"/>
        <w:rPr>
          <w:rFonts w:ascii="BIZ UDゴシック" w:eastAsia="BIZ UDゴシック" w:hAnsi="BIZ UDゴシック"/>
          <w:lang w:eastAsia="ja-JP"/>
        </w:rPr>
      </w:pPr>
      <w:r w:rsidRPr="000D031D">
        <w:rPr>
          <w:rFonts w:ascii="BIZ UDゴシック" w:eastAsia="BIZ UDゴシック" w:hAnsi="BIZ UDゴシック"/>
          <w:lang w:eastAsia="ja-JP"/>
        </w:rPr>
        <w:t xml:space="preserve">　　　年　　月　　日付けで交付決定</w:t>
      </w:r>
      <w:r w:rsidR="00DD6BE3" w:rsidRPr="000D031D">
        <w:rPr>
          <w:rFonts w:ascii="BIZ UDゴシック" w:eastAsia="BIZ UDゴシック" w:hAnsi="BIZ UDゴシック" w:hint="eastAsia"/>
          <w:lang w:eastAsia="ja-JP"/>
        </w:rPr>
        <w:t>又は</w:t>
      </w:r>
      <w:r w:rsidRPr="000D031D">
        <w:rPr>
          <w:rFonts w:ascii="BIZ UDゴシック" w:eastAsia="BIZ UDゴシック" w:hAnsi="BIZ UDゴシック"/>
          <w:lang w:eastAsia="ja-JP"/>
        </w:rPr>
        <w:t>額</w:t>
      </w:r>
      <w:r w:rsidR="00DD6BE3" w:rsidRPr="000D031D">
        <w:rPr>
          <w:rFonts w:ascii="BIZ UDゴシック" w:eastAsia="BIZ UDゴシック" w:hAnsi="BIZ UDゴシック" w:hint="eastAsia"/>
          <w:lang w:eastAsia="ja-JP"/>
        </w:rPr>
        <w:t>の</w:t>
      </w:r>
      <w:r w:rsidRPr="000D031D">
        <w:rPr>
          <w:rFonts w:ascii="BIZ UDゴシック" w:eastAsia="BIZ UDゴシック" w:hAnsi="BIZ UDゴシック"/>
          <w:lang w:eastAsia="ja-JP"/>
        </w:rPr>
        <w:t>確定の通知を受けた半田市デジタル技術実証サポート事業補助金について、下記のとおり請求します。</w:t>
      </w:r>
    </w:p>
    <w:p w14:paraId="09BA4460" w14:textId="77777777" w:rsidR="007A6BE5" w:rsidRPr="000D031D" w:rsidRDefault="007A6BE5">
      <w:pPr>
        <w:spacing w:after="80"/>
        <w:ind w:firstLine="210"/>
        <w:rPr>
          <w:rFonts w:ascii="BIZ UDゴシック" w:eastAsia="BIZ UDゴシック" w:hAnsi="BIZ UDゴシック"/>
          <w:lang w:eastAsia="ja-JP"/>
        </w:rPr>
      </w:pPr>
    </w:p>
    <w:p w14:paraId="37271775" w14:textId="48755221" w:rsidR="005D534D" w:rsidRDefault="0044372A">
      <w:pPr>
        <w:spacing w:after="80"/>
        <w:jc w:val="center"/>
        <w:rPr>
          <w:rFonts w:ascii="BIZ UDゴシック" w:eastAsia="BIZ UDゴシック" w:hAnsi="BIZ UDゴシック"/>
          <w:lang w:eastAsia="ja-JP"/>
        </w:rPr>
      </w:pPr>
      <w:r w:rsidRPr="000D031D">
        <w:rPr>
          <w:rFonts w:ascii="BIZ UDゴシック" w:eastAsia="BIZ UDゴシック" w:hAnsi="BIZ UDゴシック"/>
          <w:lang w:eastAsia="ja-JP"/>
        </w:rPr>
        <w:t>記</w:t>
      </w:r>
    </w:p>
    <w:p w14:paraId="57DCA320" w14:textId="77777777" w:rsidR="00C01710" w:rsidRPr="00C01710" w:rsidRDefault="00C01710">
      <w:pPr>
        <w:spacing w:after="80"/>
        <w:jc w:val="center"/>
        <w:rPr>
          <w:rFonts w:ascii="BIZ UDゴシック" w:eastAsia="BIZ UDゴシック" w:hAnsi="BIZ UDゴシック"/>
          <w:lang w:eastAsia="ja-JP"/>
        </w:rPr>
      </w:pPr>
    </w:p>
    <w:p w14:paraId="71BBAE6E" w14:textId="77777777" w:rsidR="005D534D" w:rsidRPr="000D031D" w:rsidRDefault="0044372A" w:rsidP="00C01710">
      <w:pPr>
        <w:spacing w:after="60" w:line="360" w:lineRule="auto"/>
        <w:rPr>
          <w:rFonts w:ascii="BIZ UDゴシック" w:eastAsia="BIZ UDゴシック" w:hAnsi="BIZ UDゴシック"/>
          <w:lang w:eastAsia="ja-JP"/>
        </w:rPr>
      </w:pPr>
      <w:r w:rsidRPr="000D031D">
        <w:rPr>
          <w:rFonts w:ascii="BIZ UDゴシック" w:eastAsia="BIZ UDゴシック" w:hAnsi="BIZ UDゴシック"/>
          <w:lang w:eastAsia="ja-JP"/>
        </w:rPr>
        <w:t>1　請求区分　　　精算払　・　概算払</w:t>
      </w:r>
    </w:p>
    <w:p w14:paraId="481FA460" w14:textId="77777777" w:rsidR="005D534D" w:rsidRPr="000D031D" w:rsidRDefault="0044372A" w:rsidP="00C01710">
      <w:pPr>
        <w:spacing w:after="6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2　補助事業名</w:t>
      </w:r>
    </w:p>
    <w:p w14:paraId="00F1DECE" w14:textId="77777777" w:rsidR="005D534D" w:rsidRPr="000D031D" w:rsidRDefault="0044372A" w:rsidP="00C01710">
      <w:pPr>
        <w:spacing w:after="10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3　請求額　　　　金　　　　　　　　　円</w:t>
      </w:r>
    </w:p>
    <w:p w14:paraId="59FD35D6" w14:textId="77777777" w:rsidR="005D534D" w:rsidRPr="000D031D" w:rsidRDefault="0044372A" w:rsidP="00C01710">
      <w:pPr>
        <w:spacing w:after="100" w:line="360" w:lineRule="auto"/>
        <w:rPr>
          <w:rFonts w:ascii="BIZ UDゴシック" w:eastAsia="BIZ UDゴシック" w:hAnsi="BIZ UDゴシック"/>
          <w:lang w:eastAsia="zh-TW"/>
        </w:rPr>
      </w:pPr>
      <w:r w:rsidRPr="000D031D">
        <w:rPr>
          <w:rFonts w:ascii="BIZ UDゴシック" w:eastAsia="BIZ UDゴシック" w:hAnsi="BIZ UDゴシック"/>
          <w:lang w:eastAsia="zh-TW"/>
        </w:rPr>
        <w:t>4　振込口座</w:t>
      </w:r>
    </w:p>
    <w:tbl>
      <w:tblPr>
        <w:tblStyle w:val="afe"/>
        <w:tblW w:w="8450" w:type="dxa"/>
        <w:tblInd w:w="420" w:type="dxa"/>
        <w:tblLayout w:type="fixed"/>
        <w:tblLook w:val="04A0" w:firstRow="1" w:lastRow="0" w:firstColumn="1" w:lastColumn="0" w:noHBand="0" w:noVBand="1"/>
      </w:tblPr>
      <w:tblGrid>
        <w:gridCol w:w="2200"/>
        <w:gridCol w:w="6250"/>
      </w:tblGrid>
      <w:tr w:rsidR="005D534D" w:rsidRPr="000D031D" w14:paraId="2AEF4AB0" w14:textId="77777777" w:rsidTr="006B3B5E">
        <w:tc>
          <w:tcPr>
            <w:tcW w:w="2200" w:type="dxa"/>
            <w:tcMar>
              <w:top w:w="100" w:type="dxa"/>
              <w:left w:w="100" w:type="dxa"/>
              <w:bottom w:w="100" w:type="dxa"/>
              <w:right w:w="100" w:type="dxa"/>
            </w:tcMar>
            <w:vAlign w:val="center"/>
          </w:tcPr>
          <w:p w14:paraId="62074B00" w14:textId="77777777" w:rsidR="005D534D" w:rsidRPr="00C01710" w:rsidRDefault="0044372A">
            <w:pPr>
              <w:spacing w:line="320" w:lineRule="exact"/>
              <w:rPr>
                <w:rFonts w:ascii="BIZ UDゴシック" w:eastAsia="BIZ UDゴシック" w:hAnsi="BIZ UDゴシック"/>
                <w:sz w:val="21"/>
                <w:szCs w:val="21"/>
              </w:rPr>
            </w:pPr>
            <w:r w:rsidRPr="00C01710">
              <w:rPr>
                <w:rFonts w:ascii="BIZ UDゴシック" w:eastAsia="BIZ UDゴシック" w:hAnsi="BIZ UDゴシック"/>
                <w:sz w:val="21"/>
                <w:szCs w:val="21"/>
              </w:rPr>
              <w:t>金融機関名</w:t>
            </w:r>
          </w:p>
        </w:tc>
        <w:tc>
          <w:tcPr>
            <w:tcW w:w="6250" w:type="dxa"/>
            <w:tcMar>
              <w:top w:w="100" w:type="dxa"/>
              <w:left w:w="100" w:type="dxa"/>
              <w:bottom w:w="100" w:type="dxa"/>
              <w:right w:w="100" w:type="dxa"/>
            </w:tcMar>
            <w:vAlign w:val="center"/>
          </w:tcPr>
          <w:p w14:paraId="4CD538C2"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 xml:space="preserve">　　　　　　　　　銀行・信用金庫・信用組合・農協</w:t>
            </w:r>
            <w:r w:rsidRPr="000D031D">
              <w:rPr>
                <w:rFonts w:ascii="BIZ UDゴシック" w:eastAsia="BIZ UDゴシック" w:hAnsi="BIZ UDゴシック"/>
                <w:sz w:val="19"/>
                <w:lang w:eastAsia="ja-JP"/>
              </w:rPr>
              <w:br/>
              <w:t xml:space="preserve">　　　　　　　　　本店・支店・出張所</w:t>
            </w:r>
          </w:p>
        </w:tc>
      </w:tr>
      <w:tr w:rsidR="005D534D" w:rsidRPr="000D031D" w14:paraId="4D527A6B" w14:textId="77777777" w:rsidTr="006B3B5E">
        <w:tc>
          <w:tcPr>
            <w:tcW w:w="2200" w:type="dxa"/>
            <w:tcMar>
              <w:top w:w="100" w:type="dxa"/>
              <w:left w:w="100" w:type="dxa"/>
              <w:bottom w:w="100" w:type="dxa"/>
              <w:right w:w="100" w:type="dxa"/>
            </w:tcMar>
            <w:vAlign w:val="center"/>
          </w:tcPr>
          <w:p w14:paraId="3910FE1B" w14:textId="77777777" w:rsidR="005D534D" w:rsidRPr="00C01710" w:rsidRDefault="0044372A">
            <w:pPr>
              <w:spacing w:line="320" w:lineRule="exact"/>
              <w:rPr>
                <w:rFonts w:ascii="BIZ UDゴシック" w:eastAsia="BIZ UDゴシック" w:hAnsi="BIZ UDゴシック"/>
                <w:sz w:val="21"/>
                <w:szCs w:val="21"/>
              </w:rPr>
            </w:pPr>
            <w:r w:rsidRPr="00C01710">
              <w:rPr>
                <w:rFonts w:ascii="BIZ UDゴシック" w:eastAsia="BIZ UDゴシック" w:hAnsi="BIZ UDゴシック"/>
                <w:sz w:val="21"/>
                <w:szCs w:val="21"/>
              </w:rPr>
              <w:t>預金種別</w:t>
            </w:r>
          </w:p>
        </w:tc>
        <w:tc>
          <w:tcPr>
            <w:tcW w:w="6250" w:type="dxa"/>
            <w:tcMar>
              <w:top w:w="100" w:type="dxa"/>
              <w:left w:w="100" w:type="dxa"/>
              <w:bottom w:w="100" w:type="dxa"/>
              <w:right w:w="100" w:type="dxa"/>
            </w:tcMar>
            <w:vAlign w:val="center"/>
          </w:tcPr>
          <w:p w14:paraId="5BF1262D" w14:textId="77777777" w:rsidR="005D534D" w:rsidRPr="000D031D" w:rsidRDefault="0044372A">
            <w:pPr>
              <w:spacing w:line="320" w:lineRule="exact"/>
              <w:rPr>
                <w:rFonts w:ascii="BIZ UDゴシック" w:eastAsia="BIZ UDゴシック" w:hAnsi="BIZ UDゴシック"/>
                <w:lang w:eastAsia="ja-JP"/>
              </w:rPr>
            </w:pPr>
            <w:r w:rsidRPr="000D031D">
              <w:rPr>
                <w:rFonts w:ascii="BIZ UDゴシック" w:eastAsia="BIZ UDゴシック" w:hAnsi="BIZ UDゴシック"/>
                <w:sz w:val="19"/>
                <w:lang w:eastAsia="ja-JP"/>
              </w:rPr>
              <w:t>普通　・　当座　・　その他（　　　　　）</w:t>
            </w:r>
          </w:p>
        </w:tc>
      </w:tr>
      <w:tr w:rsidR="005D534D" w:rsidRPr="000D031D" w14:paraId="2CAB515C" w14:textId="77777777" w:rsidTr="006B3B5E">
        <w:tc>
          <w:tcPr>
            <w:tcW w:w="2200" w:type="dxa"/>
            <w:tcMar>
              <w:top w:w="100" w:type="dxa"/>
              <w:left w:w="100" w:type="dxa"/>
              <w:bottom w:w="100" w:type="dxa"/>
              <w:right w:w="100" w:type="dxa"/>
            </w:tcMar>
            <w:vAlign w:val="center"/>
          </w:tcPr>
          <w:p w14:paraId="702F2E30" w14:textId="77777777" w:rsidR="005D534D" w:rsidRPr="00C01710" w:rsidRDefault="0044372A">
            <w:pPr>
              <w:spacing w:line="320" w:lineRule="exact"/>
              <w:rPr>
                <w:rFonts w:ascii="BIZ UDゴシック" w:eastAsia="BIZ UDゴシック" w:hAnsi="BIZ UDゴシック"/>
                <w:sz w:val="21"/>
                <w:szCs w:val="21"/>
              </w:rPr>
            </w:pPr>
            <w:r w:rsidRPr="00C01710">
              <w:rPr>
                <w:rFonts w:ascii="BIZ UDゴシック" w:eastAsia="BIZ UDゴシック" w:hAnsi="BIZ UDゴシック"/>
                <w:sz w:val="21"/>
                <w:szCs w:val="21"/>
              </w:rPr>
              <w:t>口座番号</w:t>
            </w:r>
          </w:p>
        </w:tc>
        <w:tc>
          <w:tcPr>
            <w:tcW w:w="6250" w:type="dxa"/>
            <w:tcMar>
              <w:top w:w="100" w:type="dxa"/>
              <w:left w:w="100" w:type="dxa"/>
              <w:bottom w:w="100" w:type="dxa"/>
              <w:right w:w="100" w:type="dxa"/>
            </w:tcMar>
            <w:vAlign w:val="center"/>
          </w:tcPr>
          <w:p w14:paraId="5D0BE70A" w14:textId="77777777" w:rsidR="005D534D" w:rsidRPr="000D031D" w:rsidRDefault="005D534D">
            <w:pPr>
              <w:spacing w:line="320" w:lineRule="exact"/>
              <w:rPr>
                <w:rFonts w:ascii="BIZ UDゴシック" w:eastAsia="BIZ UDゴシック" w:hAnsi="BIZ UDゴシック"/>
              </w:rPr>
            </w:pPr>
          </w:p>
        </w:tc>
      </w:tr>
      <w:tr w:rsidR="005D534D" w:rsidRPr="000D031D" w14:paraId="5604FCD7" w14:textId="77777777" w:rsidTr="006B3B5E">
        <w:tc>
          <w:tcPr>
            <w:tcW w:w="2200" w:type="dxa"/>
            <w:tcMar>
              <w:top w:w="100" w:type="dxa"/>
              <w:left w:w="100" w:type="dxa"/>
              <w:bottom w:w="100" w:type="dxa"/>
              <w:right w:w="100" w:type="dxa"/>
            </w:tcMar>
            <w:vAlign w:val="center"/>
          </w:tcPr>
          <w:p w14:paraId="435D1163" w14:textId="77777777" w:rsidR="005D534D" w:rsidRPr="00C01710" w:rsidRDefault="0044372A">
            <w:pPr>
              <w:spacing w:line="320" w:lineRule="exact"/>
              <w:rPr>
                <w:rFonts w:ascii="BIZ UDゴシック" w:eastAsia="BIZ UDゴシック" w:hAnsi="BIZ UDゴシック"/>
                <w:sz w:val="21"/>
                <w:szCs w:val="21"/>
              </w:rPr>
            </w:pPr>
            <w:r w:rsidRPr="00C01710">
              <w:rPr>
                <w:rFonts w:ascii="BIZ UDゴシック" w:eastAsia="BIZ UDゴシック" w:hAnsi="BIZ UDゴシック"/>
                <w:sz w:val="21"/>
                <w:szCs w:val="21"/>
              </w:rPr>
              <w:t>（フリガナ）</w:t>
            </w:r>
          </w:p>
        </w:tc>
        <w:tc>
          <w:tcPr>
            <w:tcW w:w="6250" w:type="dxa"/>
            <w:tcMar>
              <w:top w:w="100" w:type="dxa"/>
              <w:left w:w="100" w:type="dxa"/>
              <w:bottom w:w="100" w:type="dxa"/>
              <w:right w:w="100" w:type="dxa"/>
            </w:tcMar>
            <w:vAlign w:val="center"/>
          </w:tcPr>
          <w:p w14:paraId="6470CA12" w14:textId="77777777" w:rsidR="005D534D" w:rsidRPr="000D031D" w:rsidRDefault="005D534D">
            <w:pPr>
              <w:spacing w:line="320" w:lineRule="exact"/>
              <w:rPr>
                <w:rFonts w:ascii="BIZ UDゴシック" w:eastAsia="BIZ UDゴシック" w:hAnsi="BIZ UDゴシック"/>
              </w:rPr>
            </w:pPr>
          </w:p>
        </w:tc>
      </w:tr>
      <w:tr w:rsidR="005D534D" w:rsidRPr="000D031D" w14:paraId="60FD22A0" w14:textId="77777777" w:rsidTr="006B3B5E">
        <w:tc>
          <w:tcPr>
            <w:tcW w:w="2200" w:type="dxa"/>
            <w:tcMar>
              <w:top w:w="100" w:type="dxa"/>
              <w:left w:w="100" w:type="dxa"/>
              <w:bottom w:w="100" w:type="dxa"/>
              <w:right w:w="100" w:type="dxa"/>
            </w:tcMar>
            <w:vAlign w:val="center"/>
          </w:tcPr>
          <w:p w14:paraId="186497F4" w14:textId="77777777" w:rsidR="005D534D" w:rsidRPr="00C01710" w:rsidRDefault="0044372A">
            <w:pPr>
              <w:spacing w:line="320" w:lineRule="exact"/>
              <w:rPr>
                <w:rFonts w:ascii="BIZ UDゴシック" w:eastAsia="BIZ UDゴシック" w:hAnsi="BIZ UDゴシック"/>
                <w:sz w:val="21"/>
                <w:szCs w:val="21"/>
              </w:rPr>
            </w:pPr>
            <w:r w:rsidRPr="00C01710">
              <w:rPr>
                <w:rFonts w:ascii="BIZ UDゴシック" w:eastAsia="BIZ UDゴシック" w:hAnsi="BIZ UDゴシック"/>
                <w:sz w:val="21"/>
                <w:szCs w:val="21"/>
              </w:rPr>
              <w:t>口座名義人</w:t>
            </w:r>
          </w:p>
        </w:tc>
        <w:tc>
          <w:tcPr>
            <w:tcW w:w="6250" w:type="dxa"/>
            <w:tcMar>
              <w:top w:w="100" w:type="dxa"/>
              <w:left w:w="100" w:type="dxa"/>
              <w:bottom w:w="100" w:type="dxa"/>
              <w:right w:w="100" w:type="dxa"/>
            </w:tcMar>
            <w:vAlign w:val="center"/>
          </w:tcPr>
          <w:p w14:paraId="662628EE" w14:textId="77777777" w:rsidR="005D534D" w:rsidRPr="000D031D" w:rsidRDefault="005D534D">
            <w:pPr>
              <w:spacing w:line="320" w:lineRule="exact"/>
              <w:rPr>
                <w:rFonts w:ascii="BIZ UDゴシック" w:eastAsia="BIZ UDゴシック" w:hAnsi="BIZ UDゴシック"/>
              </w:rPr>
            </w:pPr>
          </w:p>
        </w:tc>
      </w:tr>
    </w:tbl>
    <w:p w14:paraId="6A26511A" w14:textId="2C6389A9" w:rsidR="005D534D" w:rsidRPr="000D031D" w:rsidRDefault="0044372A" w:rsidP="006B3B5E">
      <w:pPr>
        <w:spacing w:before="80" w:line="300" w:lineRule="exact"/>
        <w:ind w:leftChars="200" w:left="480"/>
        <w:rPr>
          <w:rFonts w:ascii="BIZ UDゴシック" w:eastAsia="BIZ UDゴシック" w:hAnsi="BIZ UDゴシック"/>
          <w:lang w:eastAsia="ja-JP"/>
        </w:rPr>
      </w:pPr>
      <w:r w:rsidRPr="000D031D">
        <w:rPr>
          <w:rFonts w:ascii="BIZ UDゴシック" w:eastAsia="BIZ UDゴシック" w:hAnsi="BIZ UDゴシック"/>
          <w:lang w:eastAsia="ja-JP"/>
        </w:rPr>
        <w:t>※振込口座は、原則として申請者名義の口座としてください。</w:t>
      </w:r>
      <w:r w:rsidR="006A2E02">
        <w:rPr>
          <w:rFonts w:ascii="BIZ UDゴシック" w:eastAsia="BIZ UDゴシック" w:hAnsi="BIZ UDゴシック" w:hint="eastAsia"/>
          <w:lang w:eastAsia="ja-JP"/>
        </w:rPr>
        <w:t>補助事業者</w:t>
      </w:r>
      <w:r w:rsidRPr="000D031D">
        <w:rPr>
          <w:rFonts w:ascii="BIZ UDゴシック" w:eastAsia="BIZ UDゴシック" w:hAnsi="BIZ UDゴシック"/>
          <w:lang w:eastAsia="ja-JP"/>
        </w:rPr>
        <w:t>と異なる名義の口座を指定する場合は、委任状その他市長が必要と認める書類を添付してください。</w:t>
      </w:r>
    </w:p>
    <w:sectPr w:rsidR="005D534D" w:rsidRPr="000D031D" w:rsidSect="000C05F8">
      <w:pgSz w:w="11906" w:h="16838"/>
      <w:pgMar w:top="567"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25CD" w14:textId="77777777" w:rsidR="00EC19DC" w:rsidRDefault="00EC19DC">
      <w:pPr>
        <w:spacing w:line="240" w:lineRule="auto"/>
      </w:pPr>
      <w:r>
        <w:separator/>
      </w:r>
    </w:p>
  </w:endnote>
  <w:endnote w:type="continuationSeparator" w:id="0">
    <w:p w14:paraId="16B7621E" w14:textId="77777777" w:rsidR="00EC19DC" w:rsidRDefault="00EC19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BIZ UDゴシック">
    <w:panose1 w:val="020B0400000000000000"/>
    <w:charset w:val="80"/>
    <w:family w:val="modern"/>
    <w:pitch w:val="fixed"/>
    <w:sig w:usb0="E00002F7" w:usb1="2AC7EDF8" w:usb2="00000012"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4F88" w14:textId="77777777" w:rsidR="005D534D" w:rsidRDefault="0044372A">
    <w:pPr>
      <w:pStyle w:val="a7"/>
      <w:jc w:val="center"/>
    </w:pPr>
    <w:r>
      <w:rPr>
        <w:sz w:val="18"/>
      </w:rPr>
      <w:fldChar w:fldCharType="begin"/>
    </w:r>
    <w:r>
      <w:rPr>
        <w:sz w:val="18"/>
      </w:rPr>
      <w:instrText xml:space="preserve"> PAGE </w:instrText>
    </w:r>
    <w:r>
      <w:rPr>
        <w:sz w:val="18"/>
      </w:rPr>
      <w:fldChar w:fldCharType="separate"/>
    </w:r>
    <w:r>
      <w:rPr>
        <w:sz w:val="18"/>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D4741" w14:textId="77777777" w:rsidR="00EC19DC" w:rsidRDefault="00EC19DC">
      <w:pPr>
        <w:spacing w:line="240" w:lineRule="auto"/>
      </w:pPr>
      <w:r>
        <w:separator/>
      </w:r>
    </w:p>
  </w:footnote>
  <w:footnote w:type="continuationSeparator" w:id="0">
    <w:p w14:paraId="5231E38A" w14:textId="77777777" w:rsidR="00EC19DC" w:rsidRDefault="00EC19D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593F127C"/>
    <w:multiLevelType w:val="hybridMultilevel"/>
    <w:tmpl w:val="FA4CD508"/>
    <w:lvl w:ilvl="0" w:tplc="25F22AA2">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728331513">
    <w:abstractNumId w:val="8"/>
  </w:num>
  <w:num w:numId="2" w16cid:durableId="601839868">
    <w:abstractNumId w:val="6"/>
  </w:num>
  <w:num w:numId="3" w16cid:durableId="1972127387">
    <w:abstractNumId w:val="5"/>
  </w:num>
  <w:num w:numId="4" w16cid:durableId="722100106">
    <w:abstractNumId w:val="4"/>
  </w:num>
  <w:num w:numId="5" w16cid:durableId="1125660824">
    <w:abstractNumId w:val="7"/>
  </w:num>
  <w:num w:numId="6" w16cid:durableId="1108083362">
    <w:abstractNumId w:val="3"/>
  </w:num>
  <w:num w:numId="7" w16cid:durableId="290284021">
    <w:abstractNumId w:val="2"/>
  </w:num>
  <w:num w:numId="8" w16cid:durableId="432017229">
    <w:abstractNumId w:val="1"/>
  </w:num>
  <w:num w:numId="9" w16cid:durableId="1185677663">
    <w:abstractNumId w:val="0"/>
  </w:num>
  <w:num w:numId="10" w16cid:durableId="14298091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2C0"/>
    <w:rsid w:val="00006D3D"/>
    <w:rsid w:val="00034616"/>
    <w:rsid w:val="00036936"/>
    <w:rsid w:val="00040B98"/>
    <w:rsid w:val="00047A68"/>
    <w:rsid w:val="0005632B"/>
    <w:rsid w:val="00056340"/>
    <w:rsid w:val="0006063C"/>
    <w:rsid w:val="00062486"/>
    <w:rsid w:val="000862A8"/>
    <w:rsid w:val="000C05F8"/>
    <w:rsid w:val="000D031D"/>
    <w:rsid w:val="000F4665"/>
    <w:rsid w:val="00101B69"/>
    <w:rsid w:val="001346B2"/>
    <w:rsid w:val="0015074B"/>
    <w:rsid w:val="00152B4B"/>
    <w:rsid w:val="00160E75"/>
    <w:rsid w:val="00165CF8"/>
    <w:rsid w:val="00180FCE"/>
    <w:rsid w:val="001B1E02"/>
    <w:rsid w:val="001F41E0"/>
    <w:rsid w:val="00217B61"/>
    <w:rsid w:val="002242EF"/>
    <w:rsid w:val="002453C0"/>
    <w:rsid w:val="00267EAC"/>
    <w:rsid w:val="0029639D"/>
    <w:rsid w:val="002B2227"/>
    <w:rsid w:val="002D22A6"/>
    <w:rsid w:val="002E3868"/>
    <w:rsid w:val="002E635E"/>
    <w:rsid w:val="002F0F1E"/>
    <w:rsid w:val="00306FD8"/>
    <w:rsid w:val="00326F90"/>
    <w:rsid w:val="0034534F"/>
    <w:rsid w:val="003510BF"/>
    <w:rsid w:val="0037315A"/>
    <w:rsid w:val="00376776"/>
    <w:rsid w:val="003B05F1"/>
    <w:rsid w:val="003D7B8D"/>
    <w:rsid w:val="003F4C7C"/>
    <w:rsid w:val="00425FB0"/>
    <w:rsid w:val="004270BC"/>
    <w:rsid w:val="00442114"/>
    <w:rsid w:val="0044372A"/>
    <w:rsid w:val="004A40DF"/>
    <w:rsid w:val="004C1BB9"/>
    <w:rsid w:val="004F331A"/>
    <w:rsid w:val="0057322F"/>
    <w:rsid w:val="00585F1C"/>
    <w:rsid w:val="005B58E6"/>
    <w:rsid w:val="005C0427"/>
    <w:rsid w:val="005C46D5"/>
    <w:rsid w:val="005D534D"/>
    <w:rsid w:val="00602759"/>
    <w:rsid w:val="006052C7"/>
    <w:rsid w:val="00605361"/>
    <w:rsid w:val="0061157A"/>
    <w:rsid w:val="006357F6"/>
    <w:rsid w:val="00651A63"/>
    <w:rsid w:val="00686494"/>
    <w:rsid w:val="0069723F"/>
    <w:rsid w:val="006A2E02"/>
    <w:rsid w:val="006B3B5E"/>
    <w:rsid w:val="006D057E"/>
    <w:rsid w:val="006D691A"/>
    <w:rsid w:val="006E4CB4"/>
    <w:rsid w:val="006F17FF"/>
    <w:rsid w:val="00705F3F"/>
    <w:rsid w:val="00715E62"/>
    <w:rsid w:val="007258B2"/>
    <w:rsid w:val="007326F9"/>
    <w:rsid w:val="00755153"/>
    <w:rsid w:val="00760449"/>
    <w:rsid w:val="00774F0B"/>
    <w:rsid w:val="007849F0"/>
    <w:rsid w:val="007878A8"/>
    <w:rsid w:val="007A6BE5"/>
    <w:rsid w:val="007B3863"/>
    <w:rsid w:val="007C1FBA"/>
    <w:rsid w:val="00827F83"/>
    <w:rsid w:val="00853403"/>
    <w:rsid w:val="008700C4"/>
    <w:rsid w:val="008A3B6F"/>
    <w:rsid w:val="008A402D"/>
    <w:rsid w:val="008D4317"/>
    <w:rsid w:val="008D72DB"/>
    <w:rsid w:val="008E386F"/>
    <w:rsid w:val="00904E79"/>
    <w:rsid w:val="00907216"/>
    <w:rsid w:val="0093542F"/>
    <w:rsid w:val="00937E17"/>
    <w:rsid w:val="009A4BC0"/>
    <w:rsid w:val="009A730E"/>
    <w:rsid w:val="009B164F"/>
    <w:rsid w:val="009D043F"/>
    <w:rsid w:val="009D1828"/>
    <w:rsid w:val="009D500D"/>
    <w:rsid w:val="009E1B05"/>
    <w:rsid w:val="009E5420"/>
    <w:rsid w:val="00A840F8"/>
    <w:rsid w:val="00AA16E5"/>
    <w:rsid w:val="00AA1D8D"/>
    <w:rsid w:val="00AC2A46"/>
    <w:rsid w:val="00AD6EB6"/>
    <w:rsid w:val="00B00F90"/>
    <w:rsid w:val="00B21F8A"/>
    <w:rsid w:val="00B26C4B"/>
    <w:rsid w:val="00B30E2F"/>
    <w:rsid w:val="00B41E7F"/>
    <w:rsid w:val="00B43237"/>
    <w:rsid w:val="00B459BF"/>
    <w:rsid w:val="00B45F36"/>
    <w:rsid w:val="00B47730"/>
    <w:rsid w:val="00B80611"/>
    <w:rsid w:val="00BA0187"/>
    <w:rsid w:val="00BA52ED"/>
    <w:rsid w:val="00BC6777"/>
    <w:rsid w:val="00BD6161"/>
    <w:rsid w:val="00C01710"/>
    <w:rsid w:val="00C33D98"/>
    <w:rsid w:val="00C47874"/>
    <w:rsid w:val="00C64170"/>
    <w:rsid w:val="00C731B7"/>
    <w:rsid w:val="00C87AF9"/>
    <w:rsid w:val="00CA73B9"/>
    <w:rsid w:val="00CB0664"/>
    <w:rsid w:val="00CB1F10"/>
    <w:rsid w:val="00D37B0A"/>
    <w:rsid w:val="00D411AB"/>
    <w:rsid w:val="00D731ED"/>
    <w:rsid w:val="00DD1667"/>
    <w:rsid w:val="00DD23F7"/>
    <w:rsid w:val="00DD4EC5"/>
    <w:rsid w:val="00DD6BE3"/>
    <w:rsid w:val="00DE486E"/>
    <w:rsid w:val="00E222EF"/>
    <w:rsid w:val="00E34E3F"/>
    <w:rsid w:val="00E4348A"/>
    <w:rsid w:val="00E60BE0"/>
    <w:rsid w:val="00E67550"/>
    <w:rsid w:val="00E676DE"/>
    <w:rsid w:val="00E74D61"/>
    <w:rsid w:val="00EC19DC"/>
    <w:rsid w:val="00EC45F9"/>
    <w:rsid w:val="00EC5E3F"/>
    <w:rsid w:val="00ED27FB"/>
    <w:rsid w:val="00EE5B8E"/>
    <w:rsid w:val="00F377B4"/>
    <w:rsid w:val="00F42DEE"/>
    <w:rsid w:val="00F675DA"/>
    <w:rsid w:val="00F91A78"/>
    <w:rsid w:val="00FA00A1"/>
    <w:rsid w:val="00FB09A2"/>
    <w:rsid w:val="00FC693F"/>
    <w:rsid w:val="00FD2840"/>
    <w:rsid w:val="00FF2A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D13E556"/>
  <w15:docId w15:val="{0FAD5CF8-BAB9-42CB-A70F-8F303CE9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A6BE5"/>
    <w:pPr>
      <w:spacing w:after="0" w:line="360" w:lineRule="exact"/>
    </w:pPr>
    <w:rPr>
      <w:rFonts w:ascii="游明朝" w:eastAsia="游明朝" w:hAnsi="游明朝"/>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A840F8"/>
    <w:pPr>
      <w:spacing w:after="0" w:line="240" w:lineRule="auto"/>
    </w:pPr>
    <w:rPr>
      <w:rFonts w:ascii="游明朝" w:eastAsia="游明朝" w:hAnsi="游明朝"/>
      <w:sz w:val="21"/>
    </w:rPr>
  </w:style>
  <w:style w:type="paragraph" w:styleId="aff0">
    <w:name w:val="Note Heading"/>
    <w:basedOn w:val="a1"/>
    <w:next w:val="a1"/>
    <w:link w:val="aff1"/>
    <w:uiPriority w:val="99"/>
    <w:unhideWhenUsed/>
    <w:rsid w:val="00C01710"/>
    <w:pPr>
      <w:jc w:val="center"/>
    </w:pPr>
    <w:rPr>
      <w:rFonts w:ascii="BIZ UDゴシック" w:eastAsia="BIZ UDゴシック" w:hAnsi="BIZ UDゴシック"/>
      <w:lang w:eastAsia="ja-JP"/>
    </w:rPr>
  </w:style>
  <w:style w:type="character" w:customStyle="1" w:styleId="aff1">
    <w:name w:val="記 (文字)"/>
    <w:basedOn w:val="a2"/>
    <w:link w:val="aff0"/>
    <w:uiPriority w:val="99"/>
    <w:rsid w:val="00C01710"/>
    <w:rPr>
      <w:rFonts w:ascii="BIZ UDゴシック" w:eastAsia="BIZ UDゴシック" w:hAnsi="BIZ UDゴシック"/>
      <w:sz w:val="24"/>
      <w:lang w:eastAsia="ja-JP"/>
    </w:rPr>
  </w:style>
  <w:style w:type="paragraph" w:styleId="aff2">
    <w:name w:val="Closing"/>
    <w:basedOn w:val="a1"/>
    <w:link w:val="aff3"/>
    <w:uiPriority w:val="99"/>
    <w:unhideWhenUsed/>
    <w:rsid w:val="00C01710"/>
    <w:pPr>
      <w:jc w:val="right"/>
    </w:pPr>
    <w:rPr>
      <w:rFonts w:ascii="BIZ UDゴシック" w:eastAsia="BIZ UDゴシック" w:hAnsi="BIZ UDゴシック"/>
      <w:lang w:eastAsia="ja-JP"/>
    </w:rPr>
  </w:style>
  <w:style w:type="character" w:customStyle="1" w:styleId="aff3">
    <w:name w:val="結語 (文字)"/>
    <w:basedOn w:val="a2"/>
    <w:link w:val="aff2"/>
    <w:uiPriority w:val="99"/>
    <w:rsid w:val="00C01710"/>
    <w:rPr>
      <w:rFonts w:ascii="BIZ UDゴシック" w:eastAsia="BIZ UDゴシック" w:hAnsi="BIZ UDゴシック"/>
      <w:sz w:val="24"/>
      <w:lang w:eastAsia="ja-JP"/>
    </w:rPr>
  </w:style>
  <w:style w:type="character" w:styleId="aff4">
    <w:name w:val="annotation reference"/>
    <w:basedOn w:val="a2"/>
    <w:uiPriority w:val="99"/>
    <w:semiHidden/>
    <w:unhideWhenUsed/>
    <w:rsid w:val="00C47874"/>
    <w:rPr>
      <w:sz w:val="18"/>
      <w:szCs w:val="18"/>
    </w:rPr>
  </w:style>
  <w:style w:type="paragraph" w:styleId="aff5">
    <w:name w:val="annotation text"/>
    <w:basedOn w:val="a1"/>
    <w:link w:val="aff6"/>
    <w:uiPriority w:val="99"/>
    <w:unhideWhenUsed/>
    <w:rsid w:val="00C47874"/>
  </w:style>
  <w:style w:type="character" w:customStyle="1" w:styleId="aff6">
    <w:name w:val="コメント文字列 (文字)"/>
    <w:basedOn w:val="a2"/>
    <w:link w:val="aff5"/>
    <w:uiPriority w:val="99"/>
    <w:rsid w:val="00C47874"/>
    <w:rPr>
      <w:rFonts w:ascii="游明朝" w:eastAsia="游明朝" w:hAnsi="游明朝"/>
      <w:sz w:val="24"/>
    </w:rPr>
  </w:style>
  <w:style w:type="paragraph" w:styleId="aff7">
    <w:name w:val="annotation subject"/>
    <w:basedOn w:val="aff5"/>
    <w:next w:val="aff5"/>
    <w:link w:val="aff8"/>
    <w:uiPriority w:val="99"/>
    <w:semiHidden/>
    <w:unhideWhenUsed/>
    <w:rsid w:val="00C47874"/>
    <w:rPr>
      <w:b/>
      <w:bCs/>
    </w:rPr>
  </w:style>
  <w:style w:type="character" w:customStyle="1" w:styleId="aff8">
    <w:name w:val="コメント内容 (文字)"/>
    <w:basedOn w:val="aff6"/>
    <w:link w:val="aff7"/>
    <w:uiPriority w:val="99"/>
    <w:semiHidden/>
    <w:rsid w:val="00C47874"/>
    <w:rPr>
      <w:rFonts w:ascii="游明朝" w:eastAsia="游明朝" w:hAnsi="游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1451</Words>
  <Characters>8275</Characters>
  <Application>Microsoft Office Word</Application>
  <DocSecurity>0</DocSecurity>
  <Lines>68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デジタル技術実証サポート事業補助金交付要綱</dc:subject>
  <dc:creator>半田市デジタル課</dc:creator>
  <cp:keywords/>
  <dc:description/>
  <cp:lastModifiedBy>山田 宰</cp:lastModifiedBy>
  <cp:revision>3</cp:revision>
  <dcterms:created xsi:type="dcterms:W3CDTF">2026-10-08T23:54:00Z</dcterms:created>
  <dcterms:modified xsi:type="dcterms:W3CDTF">2026-10-19T03:42:00Z</dcterms:modified>
  <cp:category/>
</cp:coreProperties>
</file>